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3E2A2" w14:textId="468A59EC" w:rsidR="00F2466D" w:rsidRPr="002B0C5F" w:rsidRDefault="00F2466D" w:rsidP="00F101C5">
      <w:pPr>
        <w:spacing w:line="240" w:lineRule="auto"/>
        <w:jc w:val="center"/>
        <w:rPr>
          <w:color w:val="000000" w:themeColor="text1"/>
          <w:sz w:val="36"/>
          <w:szCs w:val="36"/>
          <w:lang w:eastAsia="ja-JP"/>
        </w:rPr>
      </w:pPr>
      <w:bookmarkStart w:id="0" w:name="_Hlk231559554"/>
      <w:bookmarkStart w:id="1" w:name="_Hlk229942715"/>
      <w:r w:rsidRPr="002B0C5F">
        <w:rPr>
          <w:rFonts w:hint="eastAsia"/>
          <w:b/>
          <w:color w:val="000000" w:themeColor="text1"/>
          <w:sz w:val="36"/>
          <w:szCs w:val="36"/>
          <w:lang w:eastAsia="ja-JP"/>
        </w:rPr>
        <w:t>第</w:t>
      </w:r>
      <w:r w:rsidR="00F101C5" w:rsidRPr="002B0C5F">
        <w:rPr>
          <w:rFonts w:hint="eastAsia"/>
          <w:b/>
          <w:color w:val="000000" w:themeColor="text1"/>
          <w:sz w:val="36"/>
          <w:szCs w:val="36"/>
          <w:lang w:eastAsia="ja-JP"/>
        </w:rPr>
        <w:t>１４</w:t>
      </w:r>
      <w:r w:rsidRPr="002B0C5F">
        <w:rPr>
          <w:rFonts w:hint="eastAsia"/>
          <w:b/>
          <w:color w:val="000000" w:themeColor="text1"/>
          <w:sz w:val="36"/>
          <w:szCs w:val="36"/>
          <w:lang w:eastAsia="ja-JP"/>
        </w:rPr>
        <w:t>回</w:t>
      </w:r>
      <w:r w:rsidR="00F101C5" w:rsidRPr="002B0C5F">
        <w:rPr>
          <w:rFonts w:hint="eastAsia"/>
          <w:b/>
          <w:color w:val="000000" w:themeColor="text1"/>
          <w:sz w:val="36"/>
          <w:szCs w:val="36"/>
          <w:lang w:eastAsia="ja-JP"/>
        </w:rPr>
        <w:t>水戸東ライオンズクラブ杯ドッジボール</w:t>
      </w:r>
      <w:r w:rsidRPr="002B0C5F">
        <w:rPr>
          <w:rFonts w:hint="eastAsia"/>
          <w:b/>
          <w:color w:val="000000" w:themeColor="text1"/>
          <w:sz w:val="36"/>
          <w:szCs w:val="36"/>
          <w:lang w:eastAsia="ja-JP"/>
        </w:rPr>
        <w:t>大会</w:t>
      </w:r>
      <w:bookmarkEnd w:id="0"/>
    </w:p>
    <w:p w14:paraId="0E2FC34D" w14:textId="05A19AFF" w:rsidR="00B32C61" w:rsidRPr="00431E06" w:rsidRDefault="00000000" w:rsidP="00CB64D3">
      <w:pPr>
        <w:spacing w:line="240" w:lineRule="auto"/>
        <w:jc w:val="center"/>
        <w:rPr>
          <w:sz w:val="36"/>
          <w:szCs w:val="36"/>
          <w:lang w:eastAsia="ja-JP"/>
        </w:rPr>
      </w:pPr>
      <w:r w:rsidRPr="00431E06">
        <w:rPr>
          <w:b/>
          <w:sz w:val="36"/>
          <w:szCs w:val="36"/>
          <w:lang w:eastAsia="ja-JP"/>
        </w:rPr>
        <w:t>大</w:t>
      </w:r>
      <w:r w:rsidRPr="00431E06">
        <w:rPr>
          <w:b/>
          <w:sz w:val="36"/>
          <w:szCs w:val="36"/>
          <w:lang w:eastAsia="ja-JP"/>
        </w:rPr>
        <w:t xml:space="preserve"> </w:t>
      </w:r>
      <w:r w:rsidRPr="00431E06">
        <w:rPr>
          <w:b/>
          <w:sz w:val="36"/>
          <w:szCs w:val="36"/>
          <w:lang w:eastAsia="ja-JP"/>
        </w:rPr>
        <w:t>会</w:t>
      </w:r>
      <w:r w:rsidRPr="00431E06">
        <w:rPr>
          <w:b/>
          <w:sz w:val="36"/>
          <w:szCs w:val="36"/>
          <w:lang w:eastAsia="ja-JP"/>
        </w:rPr>
        <w:t xml:space="preserve"> </w:t>
      </w:r>
      <w:r w:rsidRPr="00431E06">
        <w:rPr>
          <w:b/>
          <w:sz w:val="36"/>
          <w:szCs w:val="36"/>
          <w:lang w:eastAsia="ja-JP"/>
        </w:rPr>
        <w:t>要</w:t>
      </w:r>
      <w:r w:rsidRPr="00431E06">
        <w:rPr>
          <w:b/>
          <w:sz w:val="36"/>
          <w:szCs w:val="36"/>
          <w:lang w:eastAsia="ja-JP"/>
        </w:rPr>
        <w:t xml:space="preserve"> </w:t>
      </w:r>
      <w:r w:rsidRPr="00431E06">
        <w:rPr>
          <w:b/>
          <w:sz w:val="36"/>
          <w:szCs w:val="36"/>
          <w:lang w:eastAsia="ja-JP"/>
        </w:rPr>
        <w:t>項</w:t>
      </w:r>
    </w:p>
    <w:p w14:paraId="59640922" w14:textId="77777777" w:rsidR="00B32C61" w:rsidRPr="00431E06" w:rsidRDefault="00B32C61" w:rsidP="00CB64D3">
      <w:pPr>
        <w:rPr>
          <w:lang w:eastAsia="ja-JP"/>
        </w:rPr>
      </w:pPr>
    </w:p>
    <w:p w14:paraId="6DBF44FA" w14:textId="1008DB29" w:rsidR="00B32C61" w:rsidRPr="002B0C5F" w:rsidRDefault="00000000" w:rsidP="00CB64D3">
      <w:pPr>
        <w:rPr>
          <w:color w:val="000000" w:themeColor="text1"/>
          <w:sz w:val="24"/>
          <w:szCs w:val="24"/>
        </w:rPr>
      </w:pPr>
      <w:r w:rsidRPr="00C057F3">
        <w:rPr>
          <w:b/>
          <w:bCs/>
          <w:sz w:val="24"/>
          <w:szCs w:val="24"/>
        </w:rPr>
        <w:t xml:space="preserve">１　</w:t>
      </w:r>
      <w:r w:rsidRPr="002B0C5F">
        <w:rPr>
          <w:b/>
          <w:bCs/>
          <w:color w:val="000000" w:themeColor="text1"/>
          <w:sz w:val="24"/>
          <w:szCs w:val="24"/>
        </w:rPr>
        <w:t xml:space="preserve">日　時　</w:t>
      </w:r>
      <w:proofErr w:type="spellStart"/>
      <w:r w:rsidRPr="002B0C5F">
        <w:rPr>
          <w:b/>
          <w:bCs/>
          <w:color w:val="000000" w:themeColor="text1"/>
          <w:sz w:val="24"/>
          <w:szCs w:val="24"/>
        </w:rPr>
        <w:t>令和</w:t>
      </w:r>
      <w:proofErr w:type="spellEnd"/>
      <w:r w:rsidR="002A58EC" w:rsidRPr="002B0C5F">
        <w:rPr>
          <w:rFonts w:hint="eastAsia"/>
          <w:b/>
          <w:bCs/>
          <w:color w:val="000000" w:themeColor="text1"/>
          <w:sz w:val="24"/>
          <w:szCs w:val="24"/>
          <w:lang w:eastAsia="ja-JP"/>
        </w:rPr>
        <w:t>８</w:t>
      </w:r>
      <w:r w:rsidRPr="002B0C5F">
        <w:rPr>
          <w:b/>
          <w:bCs/>
          <w:color w:val="000000" w:themeColor="text1"/>
          <w:sz w:val="24"/>
          <w:szCs w:val="24"/>
        </w:rPr>
        <w:t>年</w:t>
      </w:r>
      <w:r w:rsidR="00F101C5" w:rsidRPr="002B0C5F">
        <w:rPr>
          <w:rFonts w:hint="eastAsia"/>
          <w:b/>
          <w:bCs/>
          <w:color w:val="000000" w:themeColor="text1"/>
          <w:sz w:val="24"/>
          <w:szCs w:val="24"/>
          <w:lang w:eastAsia="ja-JP"/>
        </w:rPr>
        <w:t>９</w:t>
      </w:r>
      <w:r w:rsidRPr="002B0C5F">
        <w:rPr>
          <w:b/>
          <w:bCs/>
          <w:color w:val="000000" w:themeColor="text1"/>
          <w:sz w:val="24"/>
          <w:szCs w:val="24"/>
        </w:rPr>
        <w:t>月</w:t>
      </w:r>
      <w:r w:rsidR="00F101C5" w:rsidRPr="002B0C5F">
        <w:rPr>
          <w:rFonts w:hint="eastAsia"/>
          <w:b/>
          <w:bCs/>
          <w:color w:val="000000" w:themeColor="text1"/>
          <w:sz w:val="24"/>
          <w:szCs w:val="24"/>
          <w:lang w:eastAsia="ja-JP"/>
        </w:rPr>
        <w:t>２６</w:t>
      </w:r>
      <w:proofErr w:type="spellStart"/>
      <w:r w:rsidRPr="002B0C5F">
        <w:rPr>
          <w:b/>
          <w:bCs/>
          <w:color w:val="000000" w:themeColor="text1"/>
          <w:sz w:val="24"/>
          <w:szCs w:val="24"/>
        </w:rPr>
        <w:t>日（土</w:t>
      </w:r>
      <w:proofErr w:type="spellEnd"/>
      <w:r w:rsidRPr="002B0C5F">
        <w:rPr>
          <w:b/>
          <w:bCs/>
          <w:color w:val="000000" w:themeColor="text1"/>
          <w:sz w:val="24"/>
          <w:szCs w:val="24"/>
        </w:rPr>
        <w:t>）</w:t>
      </w:r>
      <w:r w:rsidRPr="002B0C5F">
        <w:rPr>
          <w:color w:val="000000" w:themeColor="text1"/>
          <w:sz w:val="24"/>
          <w:szCs w:val="24"/>
        </w:rPr>
        <w:t xml:space="preserve">　</w:t>
      </w:r>
      <w:r w:rsidR="00431E06" w:rsidRPr="002B0C5F">
        <w:rPr>
          <w:rFonts w:hint="eastAsia"/>
          <w:color w:val="000000" w:themeColor="text1"/>
          <w:sz w:val="24"/>
          <w:szCs w:val="24"/>
          <w:lang w:eastAsia="ja-JP"/>
        </w:rPr>
        <w:t>８</w:t>
      </w:r>
      <w:r w:rsidRPr="002B0C5F">
        <w:rPr>
          <w:color w:val="000000" w:themeColor="text1"/>
          <w:sz w:val="24"/>
          <w:szCs w:val="24"/>
        </w:rPr>
        <w:t>：</w:t>
      </w:r>
      <w:r w:rsidR="002B0C5F" w:rsidRPr="002B0C5F">
        <w:rPr>
          <w:rFonts w:hint="eastAsia"/>
          <w:color w:val="000000" w:themeColor="text1"/>
          <w:sz w:val="24"/>
          <w:szCs w:val="24"/>
          <w:lang w:eastAsia="ja-JP"/>
        </w:rPr>
        <w:t>３０</w:t>
      </w:r>
      <w:r w:rsidRPr="002B0C5F">
        <w:rPr>
          <w:color w:val="000000" w:themeColor="text1"/>
          <w:sz w:val="24"/>
          <w:szCs w:val="24"/>
        </w:rPr>
        <w:t>～１</w:t>
      </w:r>
      <w:r w:rsidR="00252123" w:rsidRPr="002B0C5F">
        <w:rPr>
          <w:rFonts w:hint="eastAsia"/>
          <w:color w:val="000000" w:themeColor="text1"/>
          <w:sz w:val="24"/>
          <w:szCs w:val="24"/>
          <w:lang w:eastAsia="ja-JP"/>
        </w:rPr>
        <w:t>７</w:t>
      </w:r>
      <w:r w:rsidRPr="002B0C5F">
        <w:rPr>
          <w:color w:val="000000" w:themeColor="text1"/>
          <w:sz w:val="24"/>
          <w:szCs w:val="24"/>
        </w:rPr>
        <w:t>：００</w:t>
      </w:r>
    </w:p>
    <w:p w14:paraId="5DC60CAD" w14:textId="4169972B" w:rsidR="00B32C61" w:rsidRPr="002B0C5F" w:rsidRDefault="00000000" w:rsidP="00CB64D3">
      <w:pPr>
        <w:rPr>
          <w:color w:val="000000" w:themeColor="text1"/>
          <w:sz w:val="24"/>
          <w:szCs w:val="24"/>
        </w:rPr>
      </w:pPr>
      <w:r w:rsidRPr="002B0C5F">
        <w:rPr>
          <w:color w:val="000000" w:themeColor="text1"/>
          <w:sz w:val="24"/>
          <w:szCs w:val="24"/>
        </w:rPr>
        <w:t xml:space="preserve">　　開　場　</w:t>
      </w:r>
      <w:r w:rsidR="00CB64D3" w:rsidRPr="002B0C5F">
        <w:rPr>
          <w:rFonts w:hint="eastAsia"/>
          <w:color w:val="000000" w:themeColor="text1"/>
          <w:sz w:val="24"/>
          <w:szCs w:val="24"/>
          <w:lang w:eastAsia="ja-JP"/>
        </w:rPr>
        <w:t xml:space="preserve">   </w:t>
      </w:r>
      <w:r w:rsidR="002A58EC" w:rsidRPr="002B0C5F">
        <w:rPr>
          <w:color w:val="000000" w:themeColor="text1"/>
          <w:sz w:val="24"/>
          <w:szCs w:val="24"/>
          <w:lang w:eastAsia="ja-JP"/>
        </w:rPr>
        <w:tab/>
      </w:r>
      <w:r w:rsidRPr="002B0C5F">
        <w:rPr>
          <w:color w:val="000000" w:themeColor="text1"/>
          <w:sz w:val="24"/>
          <w:szCs w:val="24"/>
        </w:rPr>
        <w:t>８：</w:t>
      </w:r>
      <w:r w:rsidR="002B0C5F" w:rsidRPr="002B0C5F">
        <w:rPr>
          <w:rFonts w:hint="eastAsia"/>
          <w:color w:val="000000" w:themeColor="text1"/>
          <w:sz w:val="24"/>
          <w:szCs w:val="24"/>
          <w:lang w:eastAsia="ja-JP"/>
        </w:rPr>
        <w:t>３０</w:t>
      </w:r>
      <w:r w:rsidRPr="002B0C5F">
        <w:rPr>
          <w:color w:val="000000" w:themeColor="text1"/>
          <w:sz w:val="24"/>
          <w:szCs w:val="24"/>
        </w:rPr>
        <w:t xml:space="preserve">　　</w:t>
      </w:r>
      <w:r w:rsidR="002A58EC" w:rsidRPr="002B0C5F">
        <w:rPr>
          <w:rFonts w:hint="eastAsia"/>
          <w:color w:val="000000" w:themeColor="text1"/>
          <w:sz w:val="24"/>
          <w:szCs w:val="24"/>
          <w:lang w:eastAsia="ja-JP"/>
        </w:rPr>
        <w:t xml:space="preserve">　　</w:t>
      </w:r>
      <w:r w:rsidR="00CB64D3" w:rsidRPr="002B0C5F">
        <w:rPr>
          <w:rFonts w:hint="eastAsia"/>
          <w:color w:val="000000" w:themeColor="text1"/>
          <w:sz w:val="24"/>
          <w:szCs w:val="24"/>
          <w:lang w:eastAsia="ja-JP"/>
        </w:rPr>
        <w:t xml:space="preserve"> </w:t>
      </w:r>
      <w:r w:rsidRPr="002B0C5F">
        <w:rPr>
          <w:color w:val="000000" w:themeColor="text1"/>
          <w:sz w:val="24"/>
          <w:szCs w:val="24"/>
        </w:rPr>
        <w:t xml:space="preserve">受　付　</w:t>
      </w:r>
      <w:r w:rsidR="00B635DB" w:rsidRPr="002B0C5F">
        <w:rPr>
          <w:rFonts w:hint="eastAsia"/>
          <w:color w:val="000000" w:themeColor="text1"/>
          <w:sz w:val="24"/>
          <w:szCs w:val="24"/>
          <w:lang w:eastAsia="ja-JP"/>
        </w:rPr>
        <w:t>８：</w:t>
      </w:r>
      <w:r w:rsidR="002B0C5F" w:rsidRPr="002B0C5F">
        <w:rPr>
          <w:rFonts w:hint="eastAsia"/>
          <w:color w:val="000000" w:themeColor="text1"/>
          <w:sz w:val="24"/>
          <w:szCs w:val="24"/>
          <w:lang w:eastAsia="ja-JP"/>
        </w:rPr>
        <w:t>３０</w:t>
      </w:r>
      <w:r w:rsidRPr="002B0C5F">
        <w:rPr>
          <w:color w:val="000000" w:themeColor="text1"/>
          <w:sz w:val="24"/>
          <w:szCs w:val="24"/>
        </w:rPr>
        <w:t>～</w:t>
      </w:r>
    </w:p>
    <w:p w14:paraId="11E12B62" w14:textId="675F5238" w:rsidR="00B32C61" w:rsidRPr="002B0C5F" w:rsidRDefault="00000000" w:rsidP="00CB64D3">
      <w:pPr>
        <w:rPr>
          <w:color w:val="000000" w:themeColor="text1"/>
          <w:sz w:val="24"/>
          <w:szCs w:val="24"/>
          <w:lang w:eastAsia="ja-JP"/>
        </w:rPr>
      </w:pPr>
      <w:r w:rsidRPr="002B0C5F">
        <w:rPr>
          <w:color w:val="000000" w:themeColor="text1"/>
          <w:sz w:val="24"/>
          <w:szCs w:val="24"/>
        </w:rPr>
        <w:t xml:space="preserve">　　</w:t>
      </w:r>
      <w:proofErr w:type="spellStart"/>
      <w:r w:rsidRPr="002B0C5F">
        <w:rPr>
          <w:color w:val="000000" w:themeColor="text1"/>
          <w:sz w:val="24"/>
          <w:szCs w:val="24"/>
        </w:rPr>
        <w:t>監督会議</w:t>
      </w:r>
      <w:proofErr w:type="spellEnd"/>
      <w:r w:rsidR="002A58EC" w:rsidRPr="002B0C5F">
        <w:rPr>
          <w:color w:val="000000" w:themeColor="text1"/>
          <w:sz w:val="24"/>
          <w:szCs w:val="24"/>
          <w:lang w:eastAsia="ja-JP"/>
        </w:rPr>
        <w:tab/>
      </w:r>
      <w:r w:rsidRPr="002B0C5F">
        <w:rPr>
          <w:color w:val="000000" w:themeColor="text1"/>
          <w:sz w:val="24"/>
          <w:szCs w:val="24"/>
        </w:rPr>
        <w:t>８：</w:t>
      </w:r>
      <w:r w:rsidR="002B0C5F" w:rsidRPr="002B0C5F">
        <w:rPr>
          <w:rFonts w:hint="eastAsia"/>
          <w:color w:val="000000" w:themeColor="text1"/>
          <w:sz w:val="24"/>
          <w:szCs w:val="24"/>
          <w:lang w:eastAsia="ja-JP"/>
        </w:rPr>
        <w:t>４５</w:t>
      </w:r>
      <w:r w:rsidRPr="002B0C5F">
        <w:rPr>
          <w:color w:val="000000" w:themeColor="text1"/>
          <w:sz w:val="24"/>
          <w:szCs w:val="24"/>
        </w:rPr>
        <w:t xml:space="preserve">　　</w:t>
      </w:r>
      <w:r w:rsidR="002A58EC" w:rsidRPr="002B0C5F">
        <w:rPr>
          <w:rFonts w:hint="eastAsia"/>
          <w:color w:val="000000" w:themeColor="text1"/>
          <w:sz w:val="24"/>
          <w:szCs w:val="24"/>
          <w:lang w:eastAsia="ja-JP"/>
        </w:rPr>
        <w:t xml:space="preserve">　　</w:t>
      </w:r>
      <w:r w:rsidR="002A58EC" w:rsidRPr="002B0C5F">
        <w:rPr>
          <w:rFonts w:hint="eastAsia"/>
          <w:color w:val="000000" w:themeColor="text1"/>
          <w:sz w:val="24"/>
          <w:szCs w:val="24"/>
          <w:lang w:eastAsia="ja-JP"/>
        </w:rPr>
        <w:t xml:space="preserve"> </w:t>
      </w:r>
      <w:proofErr w:type="spellStart"/>
      <w:r w:rsidRPr="002B0C5F">
        <w:rPr>
          <w:color w:val="000000" w:themeColor="text1"/>
          <w:sz w:val="24"/>
          <w:szCs w:val="24"/>
        </w:rPr>
        <w:t>開会式</w:t>
      </w:r>
      <w:proofErr w:type="spellEnd"/>
      <w:r w:rsidRPr="002B0C5F">
        <w:rPr>
          <w:color w:val="000000" w:themeColor="text1"/>
          <w:sz w:val="24"/>
          <w:szCs w:val="24"/>
        </w:rPr>
        <w:t xml:space="preserve">　</w:t>
      </w:r>
      <w:r w:rsidR="002B0C5F" w:rsidRPr="002B0C5F">
        <w:rPr>
          <w:rFonts w:hint="eastAsia"/>
          <w:color w:val="000000" w:themeColor="text1"/>
          <w:sz w:val="24"/>
          <w:szCs w:val="24"/>
          <w:lang w:eastAsia="ja-JP"/>
        </w:rPr>
        <w:t>９</w:t>
      </w:r>
      <w:r w:rsidRPr="002B0C5F">
        <w:rPr>
          <w:color w:val="000000" w:themeColor="text1"/>
          <w:sz w:val="24"/>
          <w:szCs w:val="24"/>
        </w:rPr>
        <w:t>：</w:t>
      </w:r>
      <w:r w:rsidR="002B0C5F" w:rsidRPr="002B0C5F">
        <w:rPr>
          <w:rFonts w:hint="eastAsia"/>
          <w:color w:val="000000" w:themeColor="text1"/>
          <w:sz w:val="24"/>
          <w:szCs w:val="24"/>
          <w:lang w:eastAsia="ja-JP"/>
        </w:rPr>
        <w:t>００</w:t>
      </w:r>
    </w:p>
    <w:p w14:paraId="0649FC9D" w14:textId="5BBC6B22" w:rsidR="00B32C61" w:rsidRPr="002B0C5F" w:rsidRDefault="00000000" w:rsidP="00CB64D3">
      <w:pPr>
        <w:rPr>
          <w:color w:val="000000" w:themeColor="text1"/>
          <w:sz w:val="24"/>
          <w:szCs w:val="24"/>
        </w:rPr>
      </w:pPr>
      <w:r w:rsidRPr="002B0C5F">
        <w:rPr>
          <w:color w:val="000000" w:themeColor="text1"/>
          <w:sz w:val="24"/>
          <w:szCs w:val="24"/>
        </w:rPr>
        <w:t xml:space="preserve">　　</w:t>
      </w:r>
      <w:proofErr w:type="spellStart"/>
      <w:r w:rsidRPr="002B0C5F">
        <w:rPr>
          <w:color w:val="000000" w:themeColor="text1"/>
          <w:sz w:val="24"/>
          <w:szCs w:val="24"/>
        </w:rPr>
        <w:t>競技開始</w:t>
      </w:r>
      <w:proofErr w:type="spellEnd"/>
      <w:r w:rsidR="002A58EC" w:rsidRPr="002B0C5F">
        <w:rPr>
          <w:color w:val="000000" w:themeColor="text1"/>
          <w:sz w:val="24"/>
          <w:szCs w:val="24"/>
          <w:lang w:eastAsia="ja-JP"/>
        </w:rPr>
        <w:tab/>
      </w:r>
      <w:r w:rsidRPr="002B0C5F">
        <w:rPr>
          <w:color w:val="000000" w:themeColor="text1"/>
          <w:sz w:val="24"/>
          <w:szCs w:val="24"/>
        </w:rPr>
        <w:t>９：</w:t>
      </w:r>
      <w:r w:rsidR="002B0C5F" w:rsidRPr="002B0C5F">
        <w:rPr>
          <w:rFonts w:hint="eastAsia"/>
          <w:color w:val="000000" w:themeColor="text1"/>
          <w:sz w:val="24"/>
          <w:szCs w:val="24"/>
          <w:lang w:eastAsia="ja-JP"/>
        </w:rPr>
        <w:t>２</w:t>
      </w:r>
      <w:r w:rsidR="00431E06" w:rsidRPr="002B0C5F">
        <w:rPr>
          <w:rFonts w:hint="eastAsia"/>
          <w:color w:val="000000" w:themeColor="text1"/>
          <w:sz w:val="24"/>
          <w:szCs w:val="24"/>
          <w:lang w:eastAsia="ja-JP"/>
        </w:rPr>
        <w:t>０</w:t>
      </w:r>
    </w:p>
    <w:p w14:paraId="5F6CB460" w14:textId="1A2A19D6" w:rsidR="00B32C61" w:rsidRPr="002B0C5F" w:rsidRDefault="00000000" w:rsidP="00CB64D3">
      <w:pPr>
        <w:rPr>
          <w:color w:val="000000" w:themeColor="text1"/>
          <w:sz w:val="24"/>
          <w:szCs w:val="24"/>
          <w:u w:val="single"/>
          <w:lang w:eastAsia="ja-JP"/>
        </w:rPr>
      </w:pPr>
      <w:r w:rsidRPr="002B0C5F">
        <w:rPr>
          <w:color w:val="000000" w:themeColor="text1"/>
          <w:sz w:val="24"/>
          <w:szCs w:val="24"/>
        </w:rPr>
        <w:t xml:space="preserve">　　</w:t>
      </w:r>
      <w:proofErr w:type="spellStart"/>
      <w:r w:rsidRPr="002B0C5F">
        <w:rPr>
          <w:color w:val="000000" w:themeColor="text1"/>
          <w:sz w:val="24"/>
          <w:szCs w:val="24"/>
          <w:u w:val="single"/>
        </w:rPr>
        <w:t>役員準備（会場設営</w:t>
      </w:r>
      <w:proofErr w:type="spellEnd"/>
      <w:r w:rsidRPr="002B0C5F">
        <w:rPr>
          <w:color w:val="000000" w:themeColor="text1"/>
          <w:sz w:val="24"/>
          <w:szCs w:val="24"/>
          <w:u w:val="single"/>
        </w:rPr>
        <w:t xml:space="preserve">）　</w:t>
      </w:r>
      <w:r w:rsidR="002B0C5F" w:rsidRPr="002B0C5F">
        <w:rPr>
          <w:rFonts w:hint="eastAsia"/>
          <w:color w:val="000000" w:themeColor="text1"/>
          <w:sz w:val="24"/>
          <w:szCs w:val="24"/>
          <w:u w:val="single"/>
          <w:lang w:eastAsia="ja-JP"/>
        </w:rPr>
        <w:t>８</w:t>
      </w:r>
      <w:r w:rsidRPr="002B0C5F">
        <w:rPr>
          <w:color w:val="000000" w:themeColor="text1"/>
          <w:sz w:val="24"/>
          <w:szCs w:val="24"/>
          <w:u w:val="single"/>
        </w:rPr>
        <w:t>：</w:t>
      </w:r>
      <w:r w:rsidR="002B0C5F" w:rsidRPr="002B0C5F">
        <w:rPr>
          <w:rFonts w:hint="eastAsia"/>
          <w:color w:val="000000" w:themeColor="text1"/>
          <w:sz w:val="24"/>
          <w:szCs w:val="24"/>
          <w:u w:val="single"/>
          <w:lang w:eastAsia="ja-JP"/>
        </w:rPr>
        <w:t>１</w:t>
      </w:r>
      <w:r w:rsidRPr="002B0C5F">
        <w:rPr>
          <w:color w:val="000000" w:themeColor="text1"/>
          <w:sz w:val="24"/>
          <w:szCs w:val="24"/>
          <w:u w:val="single"/>
        </w:rPr>
        <w:t>５</w:t>
      </w:r>
    </w:p>
    <w:p w14:paraId="264F942D" w14:textId="77777777" w:rsidR="009832EA" w:rsidRPr="002B0C5F" w:rsidRDefault="009832EA" w:rsidP="00CB64D3">
      <w:pPr>
        <w:rPr>
          <w:color w:val="000000" w:themeColor="text1"/>
          <w:sz w:val="24"/>
          <w:szCs w:val="24"/>
          <w:u w:val="single"/>
          <w:lang w:eastAsia="ja-JP"/>
        </w:rPr>
      </w:pPr>
    </w:p>
    <w:p w14:paraId="6850C08E" w14:textId="1975CB9D" w:rsidR="00B32C61" w:rsidRDefault="002615BE" w:rsidP="00CB64D3">
      <w:pPr>
        <w:rPr>
          <w:sz w:val="24"/>
          <w:szCs w:val="24"/>
          <w:lang w:eastAsia="ja-JP"/>
        </w:rPr>
      </w:pPr>
      <w:r>
        <w:rPr>
          <w:rFonts w:hint="eastAsia"/>
          <w:sz w:val="24"/>
          <w:szCs w:val="24"/>
          <w:lang w:eastAsia="ja-JP"/>
        </w:rPr>
        <w:t xml:space="preserve">　　　※都合によりスケジュールを変更する場合がありますので、ご注意ください。</w:t>
      </w:r>
    </w:p>
    <w:p w14:paraId="7EB8D9BD" w14:textId="77777777" w:rsidR="00805AFF" w:rsidRPr="00431E06" w:rsidRDefault="00805AFF" w:rsidP="00CB64D3">
      <w:pPr>
        <w:rPr>
          <w:sz w:val="24"/>
          <w:szCs w:val="24"/>
          <w:lang w:eastAsia="ja-JP"/>
        </w:rPr>
      </w:pPr>
    </w:p>
    <w:p w14:paraId="7CF8072F" w14:textId="63076514" w:rsidR="00B32C61" w:rsidRPr="00431E06" w:rsidRDefault="00000000" w:rsidP="00CB64D3">
      <w:pPr>
        <w:rPr>
          <w:sz w:val="24"/>
          <w:szCs w:val="24"/>
          <w:lang w:eastAsia="ja-JP"/>
        </w:rPr>
      </w:pPr>
      <w:r w:rsidRPr="00C057F3">
        <w:rPr>
          <w:b/>
          <w:bCs/>
          <w:sz w:val="24"/>
          <w:szCs w:val="24"/>
          <w:lang w:eastAsia="ja-JP"/>
        </w:rPr>
        <w:t>２　会　場</w:t>
      </w:r>
      <w:r w:rsidRPr="00431E06">
        <w:rPr>
          <w:sz w:val="24"/>
          <w:szCs w:val="24"/>
          <w:lang w:eastAsia="ja-JP"/>
        </w:rPr>
        <w:t xml:space="preserve">　</w:t>
      </w:r>
      <w:r w:rsidR="00431E06" w:rsidRPr="00431E06">
        <w:rPr>
          <w:rFonts w:hint="eastAsia"/>
          <w:sz w:val="24"/>
          <w:szCs w:val="24"/>
          <w:lang w:eastAsia="ja-JP"/>
        </w:rPr>
        <w:t xml:space="preserve">　</w:t>
      </w:r>
      <w:r w:rsidR="00F101C5">
        <w:rPr>
          <w:rFonts w:hint="eastAsia"/>
          <w:sz w:val="24"/>
          <w:szCs w:val="24"/>
          <w:lang w:eastAsia="ja-JP"/>
        </w:rPr>
        <w:t>リリーアリーナ</w:t>
      </w:r>
      <w:r w:rsidR="00F101C5">
        <w:rPr>
          <w:rFonts w:hint="eastAsia"/>
          <w:sz w:val="24"/>
          <w:szCs w:val="24"/>
          <w:lang w:eastAsia="ja-JP"/>
        </w:rPr>
        <w:t>MITO</w:t>
      </w:r>
      <w:r w:rsidR="00F101C5">
        <w:rPr>
          <w:rFonts w:hint="eastAsia"/>
          <w:sz w:val="24"/>
          <w:szCs w:val="24"/>
          <w:lang w:eastAsia="ja-JP"/>
        </w:rPr>
        <w:t xml:space="preserve">　（水戸市青柳公園市民体育館）</w:t>
      </w:r>
    </w:p>
    <w:p w14:paraId="5238A317" w14:textId="7273C954" w:rsidR="00B32C61" w:rsidRDefault="00000000" w:rsidP="00CB64D3">
      <w:pPr>
        <w:rPr>
          <w:sz w:val="24"/>
          <w:szCs w:val="24"/>
          <w:lang w:eastAsia="ja-JP"/>
        </w:rPr>
      </w:pPr>
      <w:r w:rsidRPr="00431E06">
        <w:rPr>
          <w:sz w:val="24"/>
          <w:szCs w:val="24"/>
          <w:lang w:eastAsia="ja-JP"/>
        </w:rPr>
        <w:t xml:space="preserve">　　</w:t>
      </w:r>
      <w:r w:rsidR="00431E06" w:rsidRPr="00431E06">
        <w:rPr>
          <w:rFonts w:hint="eastAsia"/>
          <w:sz w:val="24"/>
          <w:szCs w:val="24"/>
          <w:lang w:eastAsia="ja-JP"/>
        </w:rPr>
        <w:t xml:space="preserve">　　　　　</w:t>
      </w:r>
      <w:r w:rsidR="00F101C5">
        <w:rPr>
          <w:rFonts w:hint="eastAsia"/>
          <w:sz w:val="24"/>
          <w:szCs w:val="24"/>
          <w:lang w:eastAsia="ja-JP"/>
        </w:rPr>
        <w:t>水戸</w:t>
      </w:r>
      <w:r w:rsidRPr="00431E06">
        <w:rPr>
          <w:sz w:val="24"/>
          <w:szCs w:val="24"/>
          <w:lang w:eastAsia="ja-JP"/>
        </w:rPr>
        <w:t>市</w:t>
      </w:r>
      <w:r w:rsidR="00F101C5">
        <w:rPr>
          <w:rFonts w:hint="eastAsia"/>
          <w:sz w:val="24"/>
          <w:szCs w:val="24"/>
          <w:lang w:eastAsia="ja-JP"/>
        </w:rPr>
        <w:t>水府町８６４－６</w:t>
      </w:r>
      <w:r w:rsidRPr="00431E06">
        <w:rPr>
          <w:sz w:val="24"/>
          <w:szCs w:val="24"/>
          <w:lang w:eastAsia="ja-JP"/>
        </w:rPr>
        <w:t xml:space="preserve">　</w:t>
      </w:r>
      <w:r w:rsidRPr="00431E06">
        <w:rPr>
          <w:sz w:val="24"/>
          <w:szCs w:val="24"/>
          <w:lang w:eastAsia="ja-JP"/>
        </w:rPr>
        <w:t>℡</w:t>
      </w:r>
      <w:r w:rsidRPr="00431E06">
        <w:rPr>
          <w:sz w:val="24"/>
          <w:szCs w:val="24"/>
          <w:lang w:eastAsia="ja-JP"/>
        </w:rPr>
        <w:t xml:space="preserve">　０２９－</w:t>
      </w:r>
      <w:r w:rsidR="00F101C5">
        <w:rPr>
          <w:rFonts w:hint="eastAsia"/>
          <w:sz w:val="24"/>
          <w:szCs w:val="24"/>
          <w:lang w:eastAsia="ja-JP"/>
        </w:rPr>
        <w:t>２２５</w:t>
      </w:r>
      <w:r w:rsidRPr="00431E06">
        <w:rPr>
          <w:sz w:val="24"/>
          <w:szCs w:val="24"/>
          <w:lang w:eastAsia="ja-JP"/>
        </w:rPr>
        <w:t>－</w:t>
      </w:r>
      <w:r w:rsidR="00B43588">
        <w:rPr>
          <w:rFonts w:hint="eastAsia"/>
          <w:sz w:val="24"/>
          <w:szCs w:val="24"/>
          <w:lang w:eastAsia="ja-JP"/>
        </w:rPr>
        <w:t>６</w:t>
      </w:r>
      <w:r w:rsidR="00F101C5">
        <w:rPr>
          <w:rFonts w:hint="eastAsia"/>
          <w:sz w:val="24"/>
          <w:szCs w:val="24"/>
          <w:lang w:eastAsia="ja-JP"/>
        </w:rPr>
        <w:t>９３１</w:t>
      </w:r>
    </w:p>
    <w:p w14:paraId="36367F39" w14:textId="6F6EC881" w:rsidR="002615BE" w:rsidRDefault="002615BE" w:rsidP="00CB64D3">
      <w:pPr>
        <w:rPr>
          <w:sz w:val="24"/>
          <w:szCs w:val="24"/>
          <w:lang w:eastAsia="ja-JP"/>
        </w:rPr>
      </w:pPr>
      <w:r>
        <w:rPr>
          <w:rFonts w:hint="eastAsia"/>
          <w:sz w:val="24"/>
          <w:szCs w:val="24"/>
          <w:lang w:eastAsia="ja-JP"/>
        </w:rPr>
        <w:t xml:space="preserve">　　　　　　　※本大会について直接会場への問い合わせはご遠慮ください。</w:t>
      </w:r>
    </w:p>
    <w:p w14:paraId="3586114E" w14:textId="77777777" w:rsidR="002615BE" w:rsidRDefault="002615BE" w:rsidP="00CB64D3">
      <w:pPr>
        <w:rPr>
          <w:sz w:val="24"/>
          <w:szCs w:val="24"/>
          <w:lang w:eastAsia="ja-JP"/>
        </w:rPr>
      </w:pPr>
      <w:r>
        <w:rPr>
          <w:rFonts w:hint="eastAsia"/>
          <w:sz w:val="24"/>
          <w:szCs w:val="24"/>
          <w:lang w:eastAsia="ja-JP"/>
        </w:rPr>
        <w:t xml:space="preserve">　　　　　　　※駐車スペースに限りがございます。乗り合いでご来場いただけますようご協力お願</w:t>
      </w:r>
    </w:p>
    <w:p w14:paraId="106B6BBE" w14:textId="2021E05D" w:rsidR="002615BE" w:rsidRPr="00431E06" w:rsidRDefault="002615BE" w:rsidP="002615BE">
      <w:pPr>
        <w:ind w:firstLineChars="800" w:firstLine="1920"/>
        <w:rPr>
          <w:sz w:val="24"/>
          <w:szCs w:val="24"/>
          <w:lang w:eastAsia="ja-JP"/>
        </w:rPr>
      </w:pPr>
      <w:r>
        <w:rPr>
          <w:rFonts w:hint="eastAsia"/>
          <w:sz w:val="24"/>
          <w:szCs w:val="24"/>
          <w:lang w:eastAsia="ja-JP"/>
        </w:rPr>
        <w:t>いします。</w:t>
      </w:r>
    </w:p>
    <w:p w14:paraId="7AD94DD6" w14:textId="77777777" w:rsidR="00805AFF" w:rsidRPr="00431E06" w:rsidRDefault="00805AFF" w:rsidP="00CB64D3">
      <w:pPr>
        <w:rPr>
          <w:sz w:val="24"/>
          <w:szCs w:val="24"/>
          <w:lang w:eastAsia="ja-JP"/>
        </w:rPr>
      </w:pPr>
    </w:p>
    <w:p w14:paraId="7C528FC2" w14:textId="06620D7A" w:rsidR="00F101C5" w:rsidRPr="002B0C5F" w:rsidRDefault="00000000" w:rsidP="00CB64D3">
      <w:pPr>
        <w:rPr>
          <w:color w:val="000000" w:themeColor="text1"/>
          <w:sz w:val="24"/>
          <w:szCs w:val="24"/>
          <w:lang w:eastAsia="ja-JP"/>
        </w:rPr>
      </w:pPr>
      <w:r w:rsidRPr="00C057F3">
        <w:rPr>
          <w:b/>
          <w:bCs/>
          <w:sz w:val="24"/>
          <w:szCs w:val="24"/>
          <w:lang w:eastAsia="ja-JP"/>
        </w:rPr>
        <w:t>３　主　催</w:t>
      </w:r>
      <w:r w:rsidRPr="00431E06">
        <w:rPr>
          <w:sz w:val="24"/>
          <w:szCs w:val="24"/>
          <w:lang w:eastAsia="ja-JP"/>
        </w:rPr>
        <w:t xml:space="preserve">　</w:t>
      </w:r>
      <w:r w:rsidR="00431E06" w:rsidRPr="00431E06">
        <w:rPr>
          <w:rFonts w:hint="eastAsia"/>
          <w:sz w:val="24"/>
          <w:szCs w:val="24"/>
          <w:lang w:eastAsia="ja-JP"/>
        </w:rPr>
        <w:t xml:space="preserve">　</w:t>
      </w:r>
      <w:r w:rsidR="00F101C5" w:rsidRPr="002B0C5F">
        <w:rPr>
          <w:rFonts w:hint="eastAsia"/>
          <w:color w:val="000000" w:themeColor="text1"/>
          <w:sz w:val="24"/>
          <w:szCs w:val="24"/>
          <w:lang w:eastAsia="ja-JP"/>
        </w:rPr>
        <w:t>水戸東ライオンズクラブ・水戸市ドッジボール協会</w:t>
      </w:r>
    </w:p>
    <w:p w14:paraId="563C70AA" w14:textId="70154DB2" w:rsidR="00B32C61" w:rsidRPr="002B0C5F" w:rsidRDefault="00F101C5" w:rsidP="00F101C5">
      <w:pPr>
        <w:ind w:firstLineChars="700" w:firstLine="1680"/>
        <w:rPr>
          <w:color w:val="000000" w:themeColor="text1"/>
          <w:sz w:val="24"/>
          <w:szCs w:val="24"/>
          <w:lang w:eastAsia="ja-JP"/>
        </w:rPr>
      </w:pPr>
      <w:r w:rsidRPr="002B0C5F">
        <w:rPr>
          <w:rFonts w:hint="eastAsia"/>
          <w:color w:val="000000" w:themeColor="text1"/>
          <w:sz w:val="24"/>
          <w:szCs w:val="24"/>
          <w:lang w:eastAsia="ja-JP"/>
        </w:rPr>
        <w:t>水戸市ドッジボールスポーツ少年団</w:t>
      </w:r>
    </w:p>
    <w:p w14:paraId="01C6097E" w14:textId="77777777" w:rsidR="00805AFF" w:rsidRPr="002B0C5F" w:rsidRDefault="00805AFF" w:rsidP="00CB64D3">
      <w:pPr>
        <w:rPr>
          <w:color w:val="000000" w:themeColor="text1"/>
          <w:sz w:val="24"/>
          <w:szCs w:val="24"/>
          <w:lang w:eastAsia="ja-JP"/>
        </w:rPr>
      </w:pPr>
    </w:p>
    <w:p w14:paraId="0D660C2B" w14:textId="632BE57E" w:rsidR="00B32C61" w:rsidRPr="002B0C5F" w:rsidRDefault="00000000" w:rsidP="00CB64D3">
      <w:pPr>
        <w:rPr>
          <w:color w:val="000000" w:themeColor="text1"/>
          <w:sz w:val="24"/>
          <w:szCs w:val="24"/>
          <w:lang w:eastAsia="ja-JP"/>
        </w:rPr>
      </w:pPr>
      <w:r w:rsidRPr="00C057F3">
        <w:rPr>
          <w:b/>
          <w:bCs/>
          <w:sz w:val="24"/>
          <w:szCs w:val="24"/>
          <w:lang w:eastAsia="ja-JP"/>
        </w:rPr>
        <w:t>４　後　援</w:t>
      </w:r>
      <w:r w:rsidRPr="00431E06">
        <w:rPr>
          <w:sz w:val="24"/>
          <w:szCs w:val="24"/>
          <w:lang w:eastAsia="ja-JP"/>
        </w:rPr>
        <w:t xml:space="preserve">　</w:t>
      </w:r>
      <w:r w:rsidR="00431E06" w:rsidRPr="00431E06">
        <w:rPr>
          <w:rFonts w:hint="eastAsia"/>
          <w:sz w:val="24"/>
          <w:szCs w:val="24"/>
          <w:lang w:eastAsia="ja-JP"/>
        </w:rPr>
        <w:t xml:space="preserve">　</w:t>
      </w:r>
      <w:r w:rsidR="00F101C5" w:rsidRPr="002B0C5F">
        <w:rPr>
          <w:rFonts w:hint="eastAsia"/>
          <w:color w:val="000000" w:themeColor="text1"/>
          <w:sz w:val="24"/>
          <w:szCs w:val="24"/>
          <w:lang w:eastAsia="ja-JP"/>
        </w:rPr>
        <w:t>茨城県</w:t>
      </w:r>
      <w:r w:rsidRPr="002B0C5F">
        <w:rPr>
          <w:color w:val="000000" w:themeColor="text1"/>
          <w:sz w:val="24"/>
          <w:szCs w:val="24"/>
          <w:lang w:eastAsia="ja-JP"/>
        </w:rPr>
        <w:t>ドッジボール協会</w:t>
      </w:r>
      <w:r w:rsidR="00F101C5" w:rsidRPr="002B0C5F">
        <w:rPr>
          <w:rFonts w:hint="eastAsia"/>
          <w:color w:val="000000" w:themeColor="text1"/>
          <w:sz w:val="24"/>
          <w:szCs w:val="24"/>
          <w:lang w:eastAsia="ja-JP"/>
        </w:rPr>
        <w:t>・水戸市</w:t>
      </w:r>
      <w:r w:rsidRPr="002B0C5F">
        <w:rPr>
          <w:color w:val="000000" w:themeColor="text1"/>
          <w:sz w:val="24"/>
          <w:szCs w:val="24"/>
          <w:lang w:eastAsia="ja-JP"/>
        </w:rPr>
        <w:t>教育委員会</w:t>
      </w:r>
      <w:r w:rsidR="00F101C5" w:rsidRPr="002B0C5F">
        <w:rPr>
          <w:rFonts w:hint="eastAsia"/>
          <w:color w:val="000000" w:themeColor="text1"/>
          <w:sz w:val="24"/>
          <w:szCs w:val="24"/>
          <w:lang w:eastAsia="ja-JP"/>
        </w:rPr>
        <w:t>・</w:t>
      </w:r>
      <w:r w:rsidRPr="002B0C5F">
        <w:rPr>
          <w:color w:val="000000" w:themeColor="text1"/>
          <w:sz w:val="24"/>
          <w:szCs w:val="24"/>
          <w:lang w:eastAsia="ja-JP"/>
        </w:rPr>
        <w:t>水戸市スポーツ協会</w:t>
      </w:r>
    </w:p>
    <w:p w14:paraId="1EED987A" w14:textId="260FF562" w:rsidR="00B32C61" w:rsidRPr="0028507C" w:rsidRDefault="00000000" w:rsidP="00CB64D3">
      <w:pPr>
        <w:rPr>
          <w:color w:val="F79646" w:themeColor="accent6"/>
          <w:sz w:val="24"/>
          <w:szCs w:val="24"/>
          <w:lang w:eastAsia="ja-JP"/>
        </w:rPr>
      </w:pPr>
      <w:r w:rsidRPr="0028507C">
        <w:rPr>
          <w:color w:val="F79646" w:themeColor="accent6"/>
          <w:sz w:val="24"/>
          <w:szCs w:val="24"/>
          <w:lang w:eastAsia="ja-JP"/>
        </w:rPr>
        <w:t xml:space="preserve">　　</w:t>
      </w:r>
      <w:r w:rsidR="00431E06" w:rsidRPr="0028507C">
        <w:rPr>
          <w:rFonts w:hint="eastAsia"/>
          <w:color w:val="F79646" w:themeColor="accent6"/>
          <w:sz w:val="24"/>
          <w:szCs w:val="24"/>
          <w:lang w:eastAsia="ja-JP"/>
        </w:rPr>
        <w:t xml:space="preserve">　　　　　</w:t>
      </w:r>
    </w:p>
    <w:p w14:paraId="776D884C" w14:textId="77777777" w:rsidR="00805AFF" w:rsidRPr="00431E06" w:rsidRDefault="00805AFF" w:rsidP="00CB64D3">
      <w:pPr>
        <w:rPr>
          <w:sz w:val="24"/>
          <w:szCs w:val="24"/>
          <w:lang w:eastAsia="ja-JP"/>
        </w:rPr>
      </w:pPr>
    </w:p>
    <w:p w14:paraId="2B166C64" w14:textId="74E59484" w:rsidR="00B32C61" w:rsidRPr="00431E06" w:rsidRDefault="00000000" w:rsidP="00CB64D3">
      <w:pPr>
        <w:rPr>
          <w:sz w:val="24"/>
          <w:szCs w:val="24"/>
          <w:lang w:eastAsia="ja-JP"/>
        </w:rPr>
      </w:pPr>
      <w:r w:rsidRPr="00C057F3">
        <w:rPr>
          <w:b/>
          <w:bCs/>
          <w:sz w:val="24"/>
          <w:szCs w:val="24"/>
          <w:lang w:eastAsia="ja-JP"/>
        </w:rPr>
        <w:t>５　協　賛</w:t>
      </w:r>
      <w:r w:rsidRPr="00431E06">
        <w:rPr>
          <w:sz w:val="24"/>
          <w:szCs w:val="24"/>
          <w:lang w:eastAsia="ja-JP"/>
        </w:rPr>
        <w:t xml:space="preserve">　</w:t>
      </w:r>
      <w:r w:rsidR="00431E06" w:rsidRPr="00431E06">
        <w:rPr>
          <w:rFonts w:hint="eastAsia"/>
          <w:sz w:val="24"/>
          <w:szCs w:val="24"/>
          <w:lang w:eastAsia="ja-JP"/>
        </w:rPr>
        <w:t xml:space="preserve"> </w:t>
      </w:r>
      <w:r w:rsidR="00F101C5">
        <w:rPr>
          <w:rFonts w:hint="eastAsia"/>
          <w:color w:val="F79646" w:themeColor="accent6"/>
          <w:sz w:val="24"/>
          <w:szCs w:val="24"/>
          <w:lang w:eastAsia="ja-JP"/>
        </w:rPr>
        <w:t xml:space="preserve">  </w:t>
      </w:r>
      <w:r w:rsidR="002B0C5F" w:rsidRPr="002B0C5F">
        <w:rPr>
          <w:rFonts w:hint="eastAsia"/>
          <w:color w:val="000000" w:themeColor="text1"/>
          <w:sz w:val="24"/>
          <w:szCs w:val="24"/>
          <w:lang w:eastAsia="ja-JP"/>
        </w:rPr>
        <w:t>風林亭</w:t>
      </w:r>
    </w:p>
    <w:p w14:paraId="3D58CA6B" w14:textId="77777777" w:rsidR="0037565B" w:rsidRPr="00431E06" w:rsidRDefault="0037565B" w:rsidP="00CB64D3">
      <w:pPr>
        <w:rPr>
          <w:lang w:eastAsia="ja-JP"/>
        </w:rPr>
      </w:pPr>
    </w:p>
    <w:p w14:paraId="7942E5F7" w14:textId="77634C5A" w:rsidR="0037565B" w:rsidRPr="009832EA" w:rsidRDefault="00000000" w:rsidP="00CB64D3">
      <w:pPr>
        <w:rPr>
          <w:b/>
          <w:sz w:val="24"/>
          <w:szCs w:val="24"/>
          <w:lang w:eastAsia="ja-JP"/>
        </w:rPr>
      </w:pPr>
      <w:r w:rsidRPr="00C057F3">
        <w:rPr>
          <w:b/>
          <w:sz w:val="24"/>
          <w:szCs w:val="24"/>
          <w:lang w:eastAsia="ja-JP"/>
        </w:rPr>
        <w:t>６　大会参加費</w:t>
      </w:r>
    </w:p>
    <w:p w14:paraId="16C93089" w14:textId="7BC1DF1F" w:rsidR="004E6324" w:rsidRPr="002B0C5F" w:rsidRDefault="00000000" w:rsidP="00CB64D3">
      <w:pPr>
        <w:rPr>
          <w:color w:val="000000" w:themeColor="text1"/>
          <w:sz w:val="24"/>
          <w:szCs w:val="24"/>
          <w:lang w:eastAsia="ja-JP"/>
        </w:rPr>
      </w:pPr>
      <w:r w:rsidRPr="001B4439">
        <w:rPr>
          <w:sz w:val="24"/>
          <w:szCs w:val="24"/>
          <w:lang w:eastAsia="ja-JP"/>
        </w:rPr>
        <w:t xml:space="preserve">　　</w:t>
      </w:r>
      <w:r w:rsidR="002A58EC" w:rsidRPr="001B4439">
        <w:rPr>
          <w:rFonts w:hint="eastAsia"/>
          <w:sz w:val="24"/>
          <w:szCs w:val="24"/>
          <w:lang w:eastAsia="ja-JP"/>
        </w:rPr>
        <w:t xml:space="preserve">　　　　　</w:t>
      </w:r>
      <w:r w:rsidR="002A58EC" w:rsidRPr="001B4439">
        <w:rPr>
          <w:sz w:val="24"/>
          <w:szCs w:val="24"/>
          <w:lang w:eastAsia="ja-JP"/>
        </w:rPr>
        <w:tab/>
      </w:r>
      <w:r w:rsidR="004E6324">
        <w:rPr>
          <w:rFonts w:hint="eastAsia"/>
          <w:sz w:val="24"/>
          <w:szCs w:val="24"/>
          <w:lang w:eastAsia="ja-JP"/>
        </w:rPr>
        <w:t xml:space="preserve">男女混合の部　　　　　　　　　</w:t>
      </w:r>
      <w:r w:rsidR="002B0C5F" w:rsidRPr="002B0C5F">
        <w:rPr>
          <w:rFonts w:hint="eastAsia"/>
          <w:color w:val="000000" w:themeColor="text1"/>
          <w:sz w:val="24"/>
          <w:szCs w:val="24"/>
          <w:lang w:eastAsia="ja-JP"/>
        </w:rPr>
        <w:t>９</w:t>
      </w:r>
      <w:r w:rsidR="004E6324" w:rsidRPr="002B0C5F">
        <w:rPr>
          <w:rFonts w:hint="eastAsia"/>
          <w:color w:val="000000" w:themeColor="text1"/>
          <w:sz w:val="24"/>
          <w:szCs w:val="24"/>
          <w:lang w:eastAsia="ja-JP"/>
        </w:rPr>
        <w:t>,</w:t>
      </w:r>
      <w:r w:rsidR="004E6324" w:rsidRPr="002B0C5F">
        <w:rPr>
          <w:rFonts w:hint="eastAsia"/>
          <w:color w:val="000000" w:themeColor="text1"/>
          <w:sz w:val="24"/>
          <w:szCs w:val="24"/>
          <w:lang w:eastAsia="ja-JP"/>
        </w:rPr>
        <w:t>０００円</w:t>
      </w:r>
    </w:p>
    <w:p w14:paraId="293023E1" w14:textId="6F289345" w:rsidR="00B32C61" w:rsidRPr="002B0C5F" w:rsidRDefault="00252123" w:rsidP="004E6324">
      <w:pPr>
        <w:ind w:firstLineChars="900" w:firstLine="2160"/>
        <w:rPr>
          <w:color w:val="000000" w:themeColor="text1"/>
          <w:sz w:val="24"/>
          <w:szCs w:val="24"/>
          <w:lang w:eastAsia="ja-JP"/>
        </w:rPr>
      </w:pPr>
      <w:r w:rsidRPr="002B0C5F">
        <w:rPr>
          <w:rFonts w:hint="eastAsia"/>
          <w:color w:val="000000" w:themeColor="text1"/>
          <w:sz w:val="24"/>
          <w:szCs w:val="24"/>
          <w:lang w:eastAsia="ja-JP"/>
        </w:rPr>
        <w:t>ジュニア</w:t>
      </w:r>
      <w:r w:rsidRPr="002B0C5F">
        <w:rPr>
          <w:color w:val="000000" w:themeColor="text1"/>
          <w:sz w:val="24"/>
          <w:szCs w:val="24"/>
          <w:lang w:eastAsia="ja-JP"/>
        </w:rPr>
        <w:t xml:space="preserve">の部　</w:t>
      </w:r>
      <w:r w:rsidR="002A58EC" w:rsidRPr="002B0C5F">
        <w:rPr>
          <w:rFonts w:hint="eastAsia"/>
          <w:color w:val="000000" w:themeColor="text1"/>
          <w:sz w:val="24"/>
          <w:szCs w:val="24"/>
          <w:lang w:eastAsia="ja-JP"/>
        </w:rPr>
        <w:t xml:space="preserve">　</w:t>
      </w:r>
      <w:r w:rsidR="002A58EC" w:rsidRPr="002B0C5F">
        <w:rPr>
          <w:rFonts w:hint="eastAsia"/>
          <w:color w:val="000000" w:themeColor="text1"/>
          <w:sz w:val="24"/>
          <w:szCs w:val="24"/>
          <w:lang w:eastAsia="ja-JP"/>
        </w:rPr>
        <w:t xml:space="preserve"> </w:t>
      </w:r>
      <w:r w:rsidR="002A58EC" w:rsidRPr="002B0C5F">
        <w:rPr>
          <w:color w:val="000000" w:themeColor="text1"/>
          <w:sz w:val="24"/>
          <w:szCs w:val="24"/>
          <w:lang w:eastAsia="ja-JP"/>
        </w:rPr>
        <w:tab/>
      </w:r>
      <w:r w:rsidRPr="002B0C5F">
        <w:rPr>
          <w:rFonts w:hint="eastAsia"/>
          <w:color w:val="000000" w:themeColor="text1"/>
          <w:sz w:val="24"/>
          <w:szCs w:val="24"/>
          <w:lang w:eastAsia="ja-JP"/>
        </w:rPr>
        <w:t xml:space="preserve">　　　　　　</w:t>
      </w:r>
      <w:r w:rsidR="002B0C5F" w:rsidRPr="002B0C5F">
        <w:rPr>
          <w:rFonts w:hint="eastAsia"/>
          <w:color w:val="000000" w:themeColor="text1"/>
          <w:sz w:val="24"/>
          <w:szCs w:val="24"/>
          <w:lang w:eastAsia="ja-JP"/>
        </w:rPr>
        <w:t>７</w:t>
      </w:r>
      <w:r w:rsidRPr="002B0C5F">
        <w:rPr>
          <w:color w:val="000000" w:themeColor="text1"/>
          <w:sz w:val="24"/>
          <w:szCs w:val="24"/>
          <w:lang w:eastAsia="ja-JP"/>
        </w:rPr>
        <w:t>,</w:t>
      </w:r>
      <w:r w:rsidRPr="002B0C5F">
        <w:rPr>
          <w:color w:val="000000" w:themeColor="text1"/>
          <w:sz w:val="24"/>
          <w:szCs w:val="24"/>
          <w:lang w:eastAsia="ja-JP"/>
        </w:rPr>
        <w:t>０００円</w:t>
      </w:r>
    </w:p>
    <w:p w14:paraId="36DD3B77" w14:textId="01BE5A30" w:rsidR="00B32C61" w:rsidRPr="002B0C5F" w:rsidRDefault="00000000" w:rsidP="00CB64D3">
      <w:pPr>
        <w:rPr>
          <w:color w:val="000000" w:themeColor="text1"/>
          <w:szCs w:val="21"/>
          <w:lang w:eastAsia="ja-JP"/>
        </w:rPr>
      </w:pPr>
      <w:r w:rsidRPr="002B0C5F">
        <w:rPr>
          <w:color w:val="000000" w:themeColor="text1"/>
          <w:sz w:val="24"/>
          <w:szCs w:val="24"/>
          <w:lang w:eastAsia="ja-JP"/>
        </w:rPr>
        <w:t xml:space="preserve">　　</w:t>
      </w:r>
      <w:r w:rsidR="002A58EC" w:rsidRPr="002B0C5F">
        <w:rPr>
          <w:rFonts w:hint="eastAsia"/>
          <w:color w:val="000000" w:themeColor="text1"/>
          <w:sz w:val="24"/>
          <w:szCs w:val="24"/>
          <w:lang w:eastAsia="ja-JP"/>
        </w:rPr>
        <w:t xml:space="preserve">　　　　　</w:t>
      </w:r>
      <w:r w:rsidR="002A58EC" w:rsidRPr="002B0C5F">
        <w:rPr>
          <w:color w:val="000000" w:themeColor="text1"/>
          <w:sz w:val="24"/>
          <w:szCs w:val="24"/>
          <w:lang w:eastAsia="ja-JP"/>
        </w:rPr>
        <w:tab/>
      </w:r>
      <w:r w:rsidR="004E6324" w:rsidRPr="002B0C5F">
        <w:rPr>
          <w:rFonts w:hint="eastAsia"/>
          <w:color w:val="000000" w:themeColor="text1"/>
          <w:sz w:val="24"/>
          <w:szCs w:val="24"/>
          <w:lang w:eastAsia="ja-JP"/>
        </w:rPr>
        <w:t>ママーズ</w:t>
      </w:r>
      <w:r w:rsidRPr="002B0C5F">
        <w:rPr>
          <w:color w:val="000000" w:themeColor="text1"/>
          <w:sz w:val="24"/>
          <w:szCs w:val="24"/>
          <w:lang w:eastAsia="ja-JP"/>
        </w:rPr>
        <w:t xml:space="preserve">の部　</w:t>
      </w:r>
      <w:r w:rsidR="002A58EC" w:rsidRPr="002B0C5F">
        <w:rPr>
          <w:rFonts w:hint="eastAsia"/>
          <w:color w:val="000000" w:themeColor="text1"/>
          <w:sz w:val="24"/>
          <w:szCs w:val="24"/>
          <w:lang w:eastAsia="ja-JP"/>
        </w:rPr>
        <w:t xml:space="preserve">　　　　　　　</w:t>
      </w:r>
      <w:r w:rsidR="002A58EC" w:rsidRPr="002B0C5F">
        <w:rPr>
          <w:color w:val="000000" w:themeColor="text1"/>
          <w:sz w:val="24"/>
          <w:szCs w:val="24"/>
          <w:lang w:eastAsia="ja-JP"/>
        </w:rPr>
        <w:tab/>
      </w:r>
      <w:r w:rsidR="002B0C5F" w:rsidRPr="002B0C5F">
        <w:rPr>
          <w:rFonts w:hint="eastAsia"/>
          <w:color w:val="000000" w:themeColor="text1"/>
          <w:sz w:val="24"/>
          <w:szCs w:val="24"/>
          <w:lang w:eastAsia="ja-JP"/>
        </w:rPr>
        <w:t>７</w:t>
      </w:r>
      <w:r w:rsidRPr="002B0C5F">
        <w:rPr>
          <w:color w:val="000000" w:themeColor="text1"/>
          <w:sz w:val="24"/>
          <w:szCs w:val="24"/>
          <w:lang w:eastAsia="ja-JP"/>
        </w:rPr>
        <w:t>,</w:t>
      </w:r>
      <w:r w:rsidRPr="002B0C5F">
        <w:rPr>
          <w:color w:val="000000" w:themeColor="text1"/>
          <w:sz w:val="24"/>
          <w:szCs w:val="24"/>
          <w:lang w:eastAsia="ja-JP"/>
        </w:rPr>
        <w:t>０００円</w:t>
      </w:r>
    </w:p>
    <w:p w14:paraId="6C9B17A1" w14:textId="77777777" w:rsidR="0037565B" w:rsidRPr="0037565B" w:rsidRDefault="0037565B" w:rsidP="00CB64D3">
      <w:pPr>
        <w:rPr>
          <w:szCs w:val="21"/>
          <w:lang w:eastAsia="ja-JP"/>
        </w:rPr>
      </w:pPr>
    </w:p>
    <w:p w14:paraId="603F1E11" w14:textId="2B8F7F9D" w:rsidR="00B32C61" w:rsidRPr="001B4439" w:rsidRDefault="00000000" w:rsidP="00CB64D3">
      <w:pPr>
        <w:rPr>
          <w:sz w:val="24"/>
          <w:szCs w:val="24"/>
          <w:lang w:eastAsia="ja-JP"/>
        </w:rPr>
      </w:pPr>
      <w:r w:rsidRPr="001B4439">
        <w:rPr>
          <w:sz w:val="24"/>
          <w:szCs w:val="24"/>
          <w:lang w:eastAsia="ja-JP"/>
        </w:rPr>
        <w:t xml:space="preserve">　　</w:t>
      </w:r>
      <w:r w:rsidR="001B4439" w:rsidRPr="001B4439">
        <w:rPr>
          <w:rFonts w:hint="eastAsia"/>
          <w:sz w:val="24"/>
          <w:szCs w:val="24"/>
          <w:lang w:eastAsia="ja-JP"/>
        </w:rPr>
        <w:t xml:space="preserve">　</w:t>
      </w:r>
      <w:r w:rsidRPr="001B4439">
        <w:rPr>
          <w:sz w:val="24"/>
          <w:szCs w:val="24"/>
          <w:lang w:eastAsia="ja-JP"/>
        </w:rPr>
        <w:t>※</w:t>
      </w:r>
      <w:r w:rsidRPr="001B4439">
        <w:rPr>
          <w:b/>
          <w:bCs/>
          <w:sz w:val="24"/>
          <w:szCs w:val="24"/>
          <w:lang w:eastAsia="ja-JP"/>
        </w:rPr>
        <w:t>参加費</w:t>
      </w:r>
      <w:r w:rsidRPr="001B4439">
        <w:rPr>
          <w:sz w:val="24"/>
          <w:szCs w:val="24"/>
          <w:lang w:eastAsia="ja-JP"/>
        </w:rPr>
        <w:t>は</w:t>
      </w:r>
      <w:r w:rsidRPr="001B4439">
        <w:rPr>
          <w:b/>
          <w:bCs/>
          <w:sz w:val="24"/>
          <w:szCs w:val="24"/>
          <w:lang w:eastAsia="ja-JP"/>
        </w:rPr>
        <w:t>大会当日受付にて</w:t>
      </w:r>
      <w:r w:rsidRPr="001B4439">
        <w:rPr>
          <w:sz w:val="24"/>
          <w:szCs w:val="24"/>
          <w:lang w:eastAsia="ja-JP"/>
        </w:rPr>
        <w:t>お支払いください。</w:t>
      </w:r>
    </w:p>
    <w:p w14:paraId="70716A35" w14:textId="69B38782" w:rsidR="00B32C61" w:rsidRPr="001B4439" w:rsidRDefault="00000000" w:rsidP="00CB64D3">
      <w:pPr>
        <w:rPr>
          <w:sz w:val="24"/>
          <w:szCs w:val="24"/>
          <w:lang w:eastAsia="ja-JP"/>
        </w:rPr>
      </w:pPr>
      <w:r w:rsidRPr="001B4439">
        <w:rPr>
          <w:sz w:val="24"/>
          <w:szCs w:val="24"/>
          <w:lang w:eastAsia="ja-JP"/>
        </w:rPr>
        <w:t xml:space="preserve">　</w:t>
      </w:r>
      <w:r w:rsidR="001B4439" w:rsidRPr="001B4439">
        <w:rPr>
          <w:rFonts w:hint="eastAsia"/>
          <w:sz w:val="24"/>
          <w:szCs w:val="24"/>
          <w:lang w:eastAsia="ja-JP"/>
        </w:rPr>
        <w:t xml:space="preserve">　　</w:t>
      </w:r>
      <w:r w:rsidRPr="001B4439">
        <w:rPr>
          <w:sz w:val="24"/>
          <w:szCs w:val="24"/>
          <w:lang w:eastAsia="ja-JP"/>
        </w:rPr>
        <w:t>※</w:t>
      </w:r>
      <w:r w:rsidRPr="001B4439">
        <w:rPr>
          <w:sz w:val="24"/>
          <w:szCs w:val="24"/>
          <w:lang w:eastAsia="ja-JP"/>
        </w:rPr>
        <w:t>本大会は、</w:t>
      </w:r>
      <w:r w:rsidRPr="001B4439">
        <w:rPr>
          <w:b/>
          <w:bCs/>
          <w:sz w:val="24"/>
          <w:szCs w:val="24"/>
          <w:lang w:eastAsia="ja-JP"/>
        </w:rPr>
        <w:t>帯同審判員制</w:t>
      </w:r>
      <w:r w:rsidRPr="001B4439">
        <w:rPr>
          <w:sz w:val="24"/>
          <w:szCs w:val="24"/>
          <w:lang w:eastAsia="ja-JP"/>
        </w:rPr>
        <w:t>とします。チーム毎に１名以上の帯同審判</w:t>
      </w:r>
      <w:r w:rsidR="001A7B15">
        <w:rPr>
          <w:rFonts w:hint="eastAsia"/>
          <w:sz w:val="24"/>
          <w:szCs w:val="24"/>
          <w:lang w:eastAsia="ja-JP"/>
        </w:rPr>
        <w:t>員</w:t>
      </w:r>
      <w:r w:rsidRPr="001B4439">
        <w:rPr>
          <w:sz w:val="24"/>
          <w:szCs w:val="24"/>
          <w:lang w:eastAsia="ja-JP"/>
        </w:rPr>
        <w:t>を出してください。</w:t>
      </w:r>
    </w:p>
    <w:p w14:paraId="4A047302" w14:textId="6C3CB625" w:rsidR="00B32C61" w:rsidRPr="001B4439" w:rsidRDefault="00000000" w:rsidP="00CB64D3">
      <w:pPr>
        <w:rPr>
          <w:sz w:val="24"/>
          <w:szCs w:val="24"/>
          <w:lang w:eastAsia="ja-JP"/>
        </w:rPr>
      </w:pPr>
      <w:r w:rsidRPr="001B4439">
        <w:rPr>
          <w:sz w:val="24"/>
          <w:szCs w:val="24"/>
          <w:lang w:eastAsia="ja-JP"/>
        </w:rPr>
        <w:t xml:space="preserve">　　　</w:t>
      </w:r>
      <w:r w:rsidR="001B4439" w:rsidRPr="001B4439">
        <w:rPr>
          <w:rFonts w:hint="eastAsia"/>
          <w:sz w:val="24"/>
          <w:szCs w:val="24"/>
          <w:lang w:eastAsia="ja-JP"/>
        </w:rPr>
        <w:t xml:space="preserve">　</w:t>
      </w:r>
      <w:r w:rsidRPr="001B4439">
        <w:rPr>
          <w:sz w:val="24"/>
          <w:szCs w:val="24"/>
          <w:lang w:eastAsia="ja-JP"/>
        </w:rPr>
        <w:t>出せないチームは、受付にて</w:t>
      </w:r>
      <w:r w:rsidR="002B0C5F" w:rsidRPr="002B0C5F">
        <w:rPr>
          <w:rFonts w:hint="eastAsia"/>
          <w:color w:val="000000" w:themeColor="text1"/>
          <w:sz w:val="24"/>
          <w:szCs w:val="24"/>
          <w:lang w:eastAsia="ja-JP"/>
        </w:rPr>
        <w:t>３</w:t>
      </w:r>
      <w:r w:rsidRPr="002B0C5F">
        <w:rPr>
          <w:color w:val="000000" w:themeColor="text1"/>
          <w:sz w:val="24"/>
          <w:szCs w:val="24"/>
          <w:lang w:eastAsia="ja-JP"/>
        </w:rPr>
        <w:t>,</w:t>
      </w:r>
      <w:r w:rsidRPr="002B0C5F">
        <w:rPr>
          <w:color w:val="000000" w:themeColor="text1"/>
          <w:sz w:val="24"/>
          <w:szCs w:val="24"/>
          <w:lang w:eastAsia="ja-JP"/>
        </w:rPr>
        <w:t>０００円</w:t>
      </w:r>
      <w:r w:rsidRPr="001B4439">
        <w:rPr>
          <w:sz w:val="24"/>
          <w:szCs w:val="24"/>
          <w:lang w:eastAsia="ja-JP"/>
        </w:rPr>
        <w:t>をお支払いください。</w:t>
      </w:r>
      <w:r w:rsidR="0017195F" w:rsidRPr="002B0C5F">
        <w:rPr>
          <w:rFonts w:hint="eastAsia"/>
          <w:b/>
          <w:bCs/>
          <w:color w:val="000000" w:themeColor="text1"/>
          <w:sz w:val="24"/>
          <w:szCs w:val="24"/>
          <w:lang w:eastAsia="ja-JP"/>
        </w:rPr>
        <w:t>（ママーズの部は除く）</w:t>
      </w:r>
    </w:p>
    <w:p w14:paraId="5C52B110" w14:textId="77777777" w:rsidR="001A7B15" w:rsidRDefault="00000000" w:rsidP="00615DEC">
      <w:pPr>
        <w:rPr>
          <w:sz w:val="24"/>
          <w:szCs w:val="24"/>
          <w:lang w:eastAsia="ja-JP"/>
        </w:rPr>
      </w:pPr>
      <w:r w:rsidRPr="001B4439">
        <w:rPr>
          <w:sz w:val="24"/>
          <w:szCs w:val="24"/>
          <w:lang w:eastAsia="ja-JP"/>
        </w:rPr>
        <w:t xml:space="preserve">　　　</w:t>
      </w:r>
      <w:r w:rsidR="00615DEC">
        <w:rPr>
          <w:rFonts w:hint="eastAsia"/>
          <w:sz w:val="24"/>
          <w:szCs w:val="24"/>
          <w:lang w:eastAsia="ja-JP"/>
        </w:rPr>
        <w:t>※帯同審判員は</w:t>
      </w:r>
      <w:r w:rsidR="00B635DB">
        <w:rPr>
          <w:rFonts w:hint="eastAsia"/>
          <w:sz w:val="24"/>
          <w:szCs w:val="24"/>
          <w:lang w:eastAsia="ja-JP"/>
        </w:rPr>
        <w:t>、</w:t>
      </w:r>
      <w:r w:rsidR="001A7B15">
        <w:rPr>
          <w:rFonts w:hint="eastAsia"/>
          <w:sz w:val="24"/>
          <w:szCs w:val="24"/>
          <w:lang w:eastAsia="ja-JP"/>
        </w:rPr>
        <w:t>ＪＤＢＡ</w:t>
      </w:r>
      <w:r w:rsidR="00615DEC">
        <w:rPr>
          <w:rFonts w:hint="eastAsia"/>
          <w:sz w:val="24"/>
          <w:szCs w:val="24"/>
          <w:lang w:eastAsia="ja-JP"/>
        </w:rPr>
        <w:t>登録審判員とします。</w:t>
      </w:r>
    </w:p>
    <w:p w14:paraId="362822CC" w14:textId="77777777" w:rsidR="001A7B15" w:rsidRDefault="00615DEC" w:rsidP="001A7B15">
      <w:pPr>
        <w:ind w:firstLineChars="400" w:firstLine="960"/>
        <w:rPr>
          <w:sz w:val="24"/>
          <w:szCs w:val="24"/>
          <w:lang w:eastAsia="ja-JP"/>
        </w:rPr>
      </w:pPr>
      <w:r>
        <w:rPr>
          <w:rFonts w:hint="eastAsia"/>
          <w:sz w:val="24"/>
          <w:szCs w:val="24"/>
          <w:lang w:eastAsia="ja-JP"/>
        </w:rPr>
        <w:t>監督兼務・Ｊｒ審判員・スタッフは帯同審判員としては認めません。</w:t>
      </w:r>
    </w:p>
    <w:p w14:paraId="5511E835" w14:textId="3714CC27" w:rsidR="00B32C61" w:rsidRPr="001B4439" w:rsidRDefault="00615DEC" w:rsidP="002615BE">
      <w:pPr>
        <w:ind w:firstLineChars="400" w:firstLine="960"/>
        <w:rPr>
          <w:sz w:val="24"/>
          <w:szCs w:val="24"/>
          <w:lang w:eastAsia="ja-JP"/>
        </w:rPr>
      </w:pPr>
      <w:r>
        <w:rPr>
          <w:rFonts w:hint="eastAsia"/>
          <w:sz w:val="24"/>
          <w:szCs w:val="24"/>
          <w:lang w:eastAsia="ja-JP"/>
        </w:rPr>
        <w:t>ただし、Ｊｒ審判員は協力審判員として参加</w:t>
      </w:r>
      <w:r w:rsidR="00B635DB">
        <w:rPr>
          <w:rFonts w:hint="eastAsia"/>
          <w:sz w:val="24"/>
          <w:szCs w:val="24"/>
          <w:lang w:eastAsia="ja-JP"/>
        </w:rPr>
        <w:t>することができます</w:t>
      </w:r>
      <w:r>
        <w:rPr>
          <w:rFonts w:hint="eastAsia"/>
          <w:sz w:val="24"/>
          <w:szCs w:val="24"/>
          <w:lang w:eastAsia="ja-JP"/>
        </w:rPr>
        <w:t>。</w:t>
      </w:r>
    </w:p>
    <w:p w14:paraId="2CD11459" w14:textId="77777777" w:rsidR="00805AFF" w:rsidRPr="001B4439" w:rsidRDefault="00805AFF" w:rsidP="00CB64D3">
      <w:pPr>
        <w:rPr>
          <w:sz w:val="24"/>
          <w:szCs w:val="24"/>
          <w:lang w:eastAsia="ja-JP"/>
        </w:rPr>
      </w:pPr>
    </w:p>
    <w:p w14:paraId="66F28CE5" w14:textId="3774FF0C" w:rsidR="009832EA" w:rsidRDefault="00000000" w:rsidP="00CB64D3">
      <w:pPr>
        <w:rPr>
          <w:b/>
          <w:sz w:val="24"/>
          <w:szCs w:val="24"/>
          <w:lang w:eastAsia="ja-JP"/>
        </w:rPr>
      </w:pPr>
      <w:r w:rsidRPr="00C057F3">
        <w:rPr>
          <w:b/>
          <w:sz w:val="24"/>
          <w:szCs w:val="24"/>
          <w:lang w:eastAsia="ja-JP"/>
        </w:rPr>
        <w:t>７　競技種目</w:t>
      </w:r>
    </w:p>
    <w:p w14:paraId="266C3241" w14:textId="77777777" w:rsidR="009832EA" w:rsidRPr="00C057F3" w:rsidRDefault="009832EA" w:rsidP="00CB64D3">
      <w:pPr>
        <w:rPr>
          <w:b/>
          <w:sz w:val="24"/>
          <w:szCs w:val="24"/>
          <w:lang w:eastAsia="ja-JP"/>
        </w:rPr>
      </w:pPr>
    </w:p>
    <w:p w14:paraId="5F9F18BB" w14:textId="31A20C31" w:rsidR="004E6324" w:rsidRPr="001B4439" w:rsidRDefault="004E6324" w:rsidP="004E6324">
      <w:pPr>
        <w:ind w:firstLineChars="200" w:firstLine="480"/>
        <w:rPr>
          <w:sz w:val="24"/>
          <w:szCs w:val="24"/>
          <w:lang w:eastAsia="ja-JP"/>
        </w:rPr>
      </w:pPr>
      <w:r w:rsidRPr="001B4439">
        <w:rPr>
          <w:sz w:val="24"/>
          <w:szCs w:val="24"/>
          <w:lang w:eastAsia="ja-JP"/>
        </w:rPr>
        <w:t>（１）</w:t>
      </w:r>
      <w:r>
        <w:rPr>
          <w:rFonts w:hint="eastAsia"/>
          <w:b/>
          <w:bCs/>
          <w:sz w:val="24"/>
          <w:szCs w:val="24"/>
          <w:lang w:eastAsia="ja-JP"/>
        </w:rPr>
        <w:t>男女混合</w:t>
      </w:r>
      <w:r w:rsidRPr="001B4439">
        <w:rPr>
          <w:b/>
          <w:bCs/>
          <w:sz w:val="24"/>
          <w:szCs w:val="24"/>
          <w:lang w:eastAsia="ja-JP"/>
        </w:rPr>
        <w:t>の部</w:t>
      </w:r>
    </w:p>
    <w:p w14:paraId="7584B6B7" w14:textId="6E25D218" w:rsidR="004E6324" w:rsidRDefault="004E6324" w:rsidP="004E6324">
      <w:pPr>
        <w:ind w:left="1200" w:hangingChars="500" w:hanging="1200"/>
        <w:rPr>
          <w:sz w:val="24"/>
          <w:szCs w:val="24"/>
          <w:lang w:eastAsia="ja-JP"/>
        </w:rPr>
      </w:pPr>
      <w:r w:rsidRPr="001B4439">
        <w:rPr>
          <w:sz w:val="24"/>
          <w:szCs w:val="24"/>
          <w:lang w:eastAsia="ja-JP"/>
        </w:rPr>
        <w:t xml:space="preserve">　　　</w:t>
      </w:r>
      <w:r w:rsidRPr="001B4439">
        <w:rPr>
          <w:rFonts w:hint="eastAsia"/>
          <w:sz w:val="24"/>
          <w:szCs w:val="24"/>
          <w:lang w:eastAsia="ja-JP"/>
        </w:rPr>
        <w:t xml:space="preserve">　　</w:t>
      </w:r>
      <w:r w:rsidRPr="001B4439">
        <w:rPr>
          <w:sz w:val="24"/>
          <w:szCs w:val="24"/>
          <w:lang w:eastAsia="ja-JP"/>
        </w:rPr>
        <w:t>小学</w:t>
      </w:r>
      <w:r>
        <w:rPr>
          <w:rFonts w:hint="eastAsia"/>
          <w:sz w:val="24"/>
          <w:szCs w:val="24"/>
          <w:lang w:eastAsia="ja-JP"/>
        </w:rPr>
        <w:t>３</w:t>
      </w:r>
      <w:r w:rsidRPr="001B4439">
        <w:rPr>
          <w:sz w:val="24"/>
          <w:szCs w:val="24"/>
          <w:lang w:eastAsia="ja-JP"/>
        </w:rPr>
        <w:t>年生から</w:t>
      </w:r>
      <w:r>
        <w:rPr>
          <w:rFonts w:hint="eastAsia"/>
          <w:sz w:val="24"/>
          <w:szCs w:val="24"/>
          <w:lang w:eastAsia="ja-JP"/>
        </w:rPr>
        <w:t>６</w:t>
      </w:r>
      <w:r w:rsidRPr="001B4439">
        <w:rPr>
          <w:sz w:val="24"/>
          <w:szCs w:val="24"/>
          <w:lang w:eastAsia="ja-JP"/>
        </w:rPr>
        <w:t>年生で構成されたチーム。</w:t>
      </w:r>
      <w:bookmarkStart w:id="2" w:name="_Hlk237887752"/>
      <w:r>
        <w:rPr>
          <w:rFonts w:hint="eastAsia"/>
          <w:sz w:val="24"/>
          <w:szCs w:val="24"/>
          <w:lang w:eastAsia="ja-JP"/>
        </w:rPr>
        <w:t>（男子、女子、混合を問わない）</w:t>
      </w:r>
      <w:bookmarkEnd w:id="2"/>
    </w:p>
    <w:p w14:paraId="7F628330" w14:textId="40319A04" w:rsidR="004E6324" w:rsidRPr="002B0C5F" w:rsidRDefault="004E6324" w:rsidP="004E6324">
      <w:pPr>
        <w:ind w:leftChars="500" w:left="1050" w:firstLineChars="100" w:firstLine="241"/>
        <w:rPr>
          <w:color w:val="000000" w:themeColor="text1"/>
          <w:sz w:val="24"/>
          <w:szCs w:val="24"/>
          <w:lang w:eastAsia="ja-JP"/>
        </w:rPr>
      </w:pPr>
      <w:r>
        <w:rPr>
          <w:rFonts w:hint="eastAsia"/>
          <w:b/>
          <w:bCs/>
          <w:sz w:val="24"/>
          <w:szCs w:val="24"/>
          <w:lang w:eastAsia="ja-JP"/>
        </w:rPr>
        <w:t>１２</w:t>
      </w:r>
      <w:r w:rsidRPr="001B4439">
        <w:rPr>
          <w:b/>
          <w:bCs/>
          <w:sz w:val="24"/>
          <w:szCs w:val="24"/>
          <w:lang w:eastAsia="ja-JP"/>
        </w:rPr>
        <w:t>人制</w:t>
      </w:r>
      <w:r w:rsidRPr="001B4439">
        <w:rPr>
          <w:rFonts w:hint="eastAsia"/>
          <w:sz w:val="24"/>
          <w:szCs w:val="24"/>
          <w:lang w:eastAsia="ja-JP"/>
        </w:rPr>
        <w:t>。</w:t>
      </w:r>
      <w:r>
        <w:rPr>
          <w:rFonts w:hint="eastAsia"/>
          <w:sz w:val="24"/>
          <w:szCs w:val="24"/>
          <w:lang w:eastAsia="ja-JP"/>
        </w:rPr>
        <w:t>登録は２０名まで</w:t>
      </w:r>
      <w:r w:rsidRPr="002B0C5F">
        <w:rPr>
          <w:rFonts w:hint="eastAsia"/>
          <w:color w:val="000000" w:themeColor="text1"/>
          <w:sz w:val="24"/>
          <w:szCs w:val="24"/>
          <w:lang w:eastAsia="ja-JP"/>
        </w:rPr>
        <w:t>（エントリー時点で人数不足のチームの出場も認める）</w:t>
      </w:r>
    </w:p>
    <w:p w14:paraId="6D8D385A" w14:textId="77777777" w:rsidR="004E6324" w:rsidRPr="002B0C5F" w:rsidRDefault="004E6324" w:rsidP="00CB64D3">
      <w:pPr>
        <w:rPr>
          <w:color w:val="000000" w:themeColor="text1"/>
          <w:sz w:val="24"/>
          <w:szCs w:val="24"/>
          <w:lang w:eastAsia="ja-JP"/>
        </w:rPr>
      </w:pPr>
    </w:p>
    <w:p w14:paraId="7C25739E" w14:textId="2651F6D6" w:rsidR="00B32C61" w:rsidRPr="001B4439" w:rsidRDefault="00000000" w:rsidP="001B4439">
      <w:pPr>
        <w:ind w:firstLineChars="200" w:firstLine="480"/>
        <w:rPr>
          <w:sz w:val="24"/>
          <w:szCs w:val="24"/>
          <w:lang w:eastAsia="ja-JP"/>
        </w:rPr>
      </w:pPr>
      <w:r w:rsidRPr="001B4439">
        <w:rPr>
          <w:sz w:val="24"/>
          <w:szCs w:val="24"/>
          <w:lang w:eastAsia="ja-JP"/>
        </w:rPr>
        <w:t>（</w:t>
      </w:r>
      <w:r w:rsidR="00C022E9">
        <w:rPr>
          <w:rFonts w:hint="eastAsia"/>
          <w:sz w:val="24"/>
          <w:szCs w:val="24"/>
          <w:lang w:eastAsia="ja-JP"/>
        </w:rPr>
        <w:t>２</w:t>
      </w:r>
      <w:r w:rsidRPr="001B4439">
        <w:rPr>
          <w:sz w:val="24"/>
          <w:szCs w:val="24"/>
          <w:lang w:eastAsia="ja-JP"/>
        </w:rPr>
        <w:t>）</w:t>
      </w:r>
      <w:r w:rsidR="00252123">
        <w:rPr>
          <w:rFonts w:hint="eastAsia"/>
          <w:b/>
          <w:bCs/>
          <w:sz w:val="24"/>
          <w:szCs w:val="24"/>
          <w:lang w:eastAsia="ja-JP"/>
        </w:rPr>
        <w:t>ジュニア</w:t>
      </w:r>
      <w:r w:rsidRPr="001B4439">
        <w:rPr>
          <w:b/>
          <w:bCs/>
          <w:sz w:val="24"/>
          <w:szCs w:val="24"/>
          <w:lang w:eastAsia="ja-JP"/>
        </w:rPr>
        <w:t>の部</w:t>
      </w:r>
    </w:p>
    <w:p w14:paraId="498084A5" w14:textId="6DE170B8" w:rsidR="00252123" w:rsidRDefault="00000000" w:rsidP="001B4439">
      <w:pPr>
        <w:ind w:left="1200" w:hangingChars="500" w:hanging="1200"/>
        <w:rPr>
          <w:sz w:val="24"/>
          <w:szCs w:val="24"/>
          <w:lang w:eastAsia="ja-JP"/>
        </w:rPr>
      </w:pPr>
      <w:r w:rsidRPr="001B4439">
        <w:rPr>
          <w:sz w:val="24"/>
          <w:szCs w:val="24"/>
          <w:lang w:eastAsia="ja-JP"/>
        </w:rPr>
        <w:t xml:space="preserve">　　　</w:t>
      </w:r>
      <w:r w:rsidR="001B4439" w:rsidRPr="001B4439">
        <w:rPr>
          <w:rFonts w:hint="eastAsia"/>
          <w:sz w:val="24"/>
          <w:szCs w:val="24"/>
          <w:lang w:eastAsia="ja-JP"/>
        </w:rPr>
        <w:t xml:space="preserve">　　</w:t>
      </w:r>
      <w:r w:rsidRPr="001B4439">
        <w:rPr>
          <w:sz w:val="24"/>
          <w:szCs w:val="24"/>
          <w:lang w:eastAsia="ja-JP"/>
        </w:rPr>
        <w:t>小学</w:t>
      </w:r>
      <w:r w:rsidR="00252123">
        <w:rPr>
          <w:rFonts w:hint="eastAsia"/>
          <w:sz w:val="24"/>
          <w:szCs w:val="24"/>
          <w:lang w:eastAsia="ja-JP"/>
        </w:rPr>
        <w:t>１</w:t>
      </w:r>
      <w:r w:rsidRPr="001B4439">
        <w:rPr>
          <w:sz w:val="24"/>
          <w:szCs w:val="24"/>
          <w:lang w:eastAsia="ja-JP"/>
        </w:rPr>
        <w:t>年生から</w:t>
      </w:r>
      <w:r w:rsidR="00252123">
        <w:rPr>
          <w:rFonts w:hint="eastAsia"/>
          <w:sz w:val="24"/>
          <w:szCs w:val="24"/>
          <w:lang w:eastAsia="ja-JP"/>
        </w:rPr>
        <w:t>４</w:t>
      </w:r>
      <w:r w:rsidRPr="001B4439">
        <w:rPr>
          <w:sz w:val="24"/>
          <w:szCs w:val="24"/>
          <w:lang w:eastAsia="ja-JP"/>
        </w:rPr>
        <w:t>年生で構成されたチーム。</w:t>
      </w:r>
      <w:r w:rsidR="004E6324">
        <w:rPr>
          <w:rFonts w:hint="eastAsia"/>
          <w:sz w:val="24"/>
          <w:szCs w:val="24"/>
          <w:lang w:eastAsia="ja-JP"/>
        </w:rPr>
        <w:t>（男子、女子、混合を問わない）</w:t>
      </w:r>
    </w:p>
    <w:p w14:paraId="43D16324" w14:textId="475F7040" w:rsidR="00B32C61" w:rsidRPr="002B0C5F" w:rsidRDefault="00252123" w:rsidP="00252123">
      <w:pPr>
        <w:ind w:leftChars="500" w:left="1050" w:firstLineChars="100" w:firstLine="241"/>
        <w:rPr>
          <w:color w:val="000000" w:themeColor="text1"/>
          <w:sz w:val="24"/>
          <w:szCs w:val="24"/>
          <w:lang w:eastAsia="ja-JP"/>
        </w:rPr>
      </w:pPr>
      <w:r>
        <w:rPr>
          <w:rFonts w:hint="eastAsia"/>
          <w:b/>
          <w:bCs/>
          <w:sz w:val="24"/>
          <w:szCs w:val="24"/>
          <w:lang w:eastAsia="ja-JP"/>
        </w:rPr>
        <w:t>８</w:t>
      </w:r>
      <w:r w:rsidRPr="001B4439">
        <w:rPr>
          <w:b/>
          <w:bCs/>
          <w:sz w:val="24"/>
          <w:szCs w:val="24"/>
          <w:lang w:eastAsia="ja-JP"/>
        </w:rPr>
        <w:t>人制</w:t>
      </w:r>
      <w:r w:rsidR="001B4439" w:rsidRPr="001B4439">
        <w:rPr>
          <w:rFonts w:hint="eastAsia"/>
          <w:sz w:val="24"/>
          <w:szCs w:val="24"/>
          <w:lang w:eastAsia="ja-JP"/>
        </w:rPr>
        <w:t>。</w:t>
      </w:r>
      <w:bookmarkStart w:id="3" w:name="_Hlk231559023"/>
      <w:r w:rsidR="004E6324">
        <w:rPr>
          <w:rFonts w:hint="eastAsia"/>
          <w:sz w:val="24"/>
          <w:szCs w:val="24"/>
          <w:lang w:eastAsia="ja-JP"/>
        </w:rPr>
        <w:t>登録は１５名まで</w:t>
      </w:r>
      <w:r w:rsidR="000A17E8" w:rsidRPr="002B0C5F">
        <w:rPr>
          <w:rFonts w:hint="eastAsia"/>
          <w:color w:val="000000" w:themeColor="text1"/>
          <w:sz w:val="24"/>
          <w:szCs w:val="24"/>
          <w:lang w:eastAsia="ja-JP"/>
        </w:rPr>
        <w:t>（エントリー時点で人数不足のチームの出場も認める）</w:t>
      </w:r>
      <w:bookmarkEnd w:id="3"/>
    </w:p>
    <w:p w14:paraId="28815487" w14:textId="77777777" w:rsidR="0037565B" w:rsidRPr="001B4439" w:rsidRDefault="0037565B" w:rsidP="001B4439">
      <w:pPr>
        <w:ind w:left="1200" w:hangingChars="500" w:hanging="1200"/>
        <w:rPr>
          <w:sz w:val="24"/>
          <w:szCs w:val="24"/>
          <w:lang w:eastAsia="ja-JP"/>
        </w:rPr>
      </w:pPr>
    </w:p>
    <w:p w14:paraId="7B62A724" w14:textId="2765B3EB" w:rsidR="00B32C61" w:rsidRPr="001B4439" w:rsidRDefault="00000000" w:rsidP="001B4439">
      <w:pPr>
        <w:ind w:firstLineChars="200" w:firstLine="480"/>
        <w:rPr>
          <w:sz w:val="24"/>
          <w:szCs w:val="24"/>
          <w:lang w:eastAsia="ja-JP"/>
        </w:rPr>
      </w:pPr>
      <w:r w:rsidRPr="001B4439">
        <w:rPr>
          <w:sz w:val="24"/>
          <w:szCs w:val="24"/>
          <w:lang w:eastAsia="ja-JP"/>
        </w:rPr>
        <w:t>（</w:t>
      </w:r>
      <w:r w:rsidR="00C022E9">
        <w:rPr>
          <w:rFonts w:hint="eastAsia"/>
          <w:sz w:val="24"/>
          <w:szCs w:val="24"/>
          <w:lang w:eastAsia="ja-JP"/>
        </w:rPr>
        <w:t>３</w:t>
      </w:r>
      <w:r w:rsidRPr="001B4439">
        <w:rPr>
          <w:sz w:val="24"/>
          <w:szCs w:val="24"/>
          <w:lang w:eastAsia="ja-JP"/>
        </w:rPr>
        <w:t>）</w:t>
      </w:r>
      <w:r w:rsidR="004E6324">
        <w:rPr>
          <w:rFonts w:hint="eastAsia"/>
          <w:b/>
          <w:bCs/>
          <w:sz w:val="24"/>
          <w:szCs w:val="24"/>
          <w:lang w:eastAsia="ja-JP"/>
        </w:rPr>
        <w:t>ママーズ</w:t>
      </w:r>
      <w:r w:rsidRPr="001B4439">
        <w:rPr>
          <w:b/>
          <w:bCs/>
          <w:sz w:val="24"/>
          <w:szCs w:val="24"/>
          <w:lang w:eastAsia="ja-JP"/>
        </w:rPr>
        <w:t>の部</w:t>
      </w:r>
    </w:p>
    <w:p w14:paraId="2E4A35E2" w14:textId="7F98C8E2" w:rsidR="001B4439" w:rsidRDefault="00000000" w:rsidP="00CB64D3">
      <w:pPr>
        <w:rPr>
          <w:sz w:val="24"/>
          <w:szCs w:val="24"/>
          <w:lang w:eastAsia="ja-JP"/>
        </w:rPr>
      </w:pPr>
      <w:r w:rsidRPr="001B4439">
        <w:rPr>
          <w:sz w:val="24"/>
          <w:szCs w:val="24"/>
          <w:lang w:eastAsia="ja-JP"/>
        </w:rPr>
        <w:t xml:space="preserve">　　　</w:t>
      </w:r>
      <w:r w:rsidR="001B4439" w:rsidRPr="001B4439">
        <w:rPr>
          <w:rFonts w:hint="eastAsia"/>
          <w:sz w:val="24"/>
          <w:szCs w:val="24"/>
          <w:lang w:eastAsia="ja-JP"/>
        </w:rPr>
        <w:t xml:space="preserve">　　</w:t>
      </w:r>
      <w:r w:rsidR="004E6324">
        <w:rPr>
          <w:rFonts w:hint="eastAsia"/>
          <w:sz w:val="24"/>
          <w:szCs w:val="24"/>
          <w:lang w:eastAsia="ja-JP"/>
        </w:rPr>
        <w:t>チームに所属しているママで</w:t>
      </w:r>
      <w:r w:rsidR="00253E42">
        <w:rPr>
          <w:rFonts w:hint="eastAsia"/>
          <w:sz w:val="24"/>
          <w:szCs w:val="24"/>
          <w:lang w:eastAsia="ja-JP"/>
        </w:rPr>
        <w:t>構成された</w:t>
      </w:r>
      <w:r w:rsidRPr="001B4439">
        <w:rPr>
          <w:sz w:val="24"/>
          <w:szCs w:val="24"/>
          <w:lang w:eastAsia="ja-JP"/>
        </w:rPr>
        <w:t>チーム。</w:t>
      </w:r>
    </w:p>
    <w:p w14:paraId="12B311DB" w14:textId="58941CBE" w:rsidR="00B32C61" w:rsidRDefault="00000000" w:rsidP="000A17E8">
      <w:pPr>
        <w:ind w:firstLineChars="500" w:firstLine="1205"/>
        <w:rPr>
          <w:szCs w:val="21"/>
          <w:lang w:eastAsia="ja-JP"/>
        </w:rPr>
      </w:pPr>
      <w:r w:rsidRPr="001B4439">
        <w:rPr>
          <w:b/>
          <w:bCs/>
          <w:sz w:val="24"/>
          <w:szCs w:val="24"/>
          <w:lang w:eastAsia="ja-JP"/>
        </w:rPr>
        <w:t>７人制</w:t>
      </w:r>
      <w:r w:rsidR="001B4439" w:rsidRPr="001B4439">
        <w:rPr>
          <w:rFonts w:hint="eastAsia"/>
          <w:sz w:val="24"/>
          <w:szCs w:val="24"/>
          <w:lang w:eastAsia="ja-JP"/>
        </w:rPr>
        <w:t>。</w:t>
      </w:r>
      <w:r w:rsidR="000A17E8" w:rsidRPr="002B0C5F">
        <w:rPr>
          <w:rFonts w:hint="eastAsia"/>
          <w:color w:val="000000" w:themeColor="text1"/>
          <w:sz w:val="24"/>
          <w:szCs w:val="24"/>
          <w:lang w:eastAsia="ja-JP"/>
        </w:rPr>
        <w:t>（エントリー時点で人数不足のチームの出場も認める）</w:t>
      </w:r>
    </w:p>
    <w:p w14:paraId="7AC0C91C" w14:textId="0E305581" w:rsidR="00B32C61" w:rsidRDefault="00B32C61" w:rsidP="00CB64D3">
      <w:pPr>
        <w:rPr>
          <w:sz w:val="24"/>
          <w:szCs w:val="24"/>
          <w:lang w:eastAsia="ja-JP"/>
        </w:rPr>
      </w:pPr>
    </w:p>
    <w:p w14:paraId="4F16DEFC" w14:textId="22AB4612" w:rsidR="004E6324" w:rsidRPr="004E6324" w:rsidRDefault="004E6324" w:rsidP="00CB64D3">
      <w:pPr>
        <w:rPr>
          <w:b/>
          <w:bCs/>
          <w:sz w:val="24"/>
          <w:szCs w:val="24"/>
          <w:lang w:eastAsia="ja-JP"/>
        </w:rPr>
      </w:pPr>
      <w:r>
        <w:rPr>
          <w:rFonts w:hint="eastAsia"/>
          <w:sz w:val="24"/>
          <w:szCs w:val="24"/>
          <w:lang w:eastAsia="ja-JP"/>
        </w:rPr>
        <w:t xml:space="preserve">　　　</w:t>
      </w:r>
      <w:r w:rsidRPr="004E6324">
        <w:rPr>
          <w:rFonts w:hint="eastAsia"/>
          <w:b/>
          <w:bCs/>
          <w:sz w:val="24"/>
          <w:szCs w:val="24"/>
          <w:lang w:eastAsia="ja-JP"/>
        </w:rPr>
        <w:t>※上記いずれの部門も茨城県内チームとします。</w:t>
      </w:r>
    </w:p>
    <w:p w14:paraId="0382165A" w14:textId="5A82A4FC" w:rsidR="0017195F" w:rsidRDefault="00000000" w:rsidP="00CB64D3">
      <w:pPr>
        <w:rPr>
          <w:sz w:val="24"/>
          <w:szCs w:val="24"/>
          <w:lang w:eastAsia="ja-JP"/>
        </w:rPr>
      </w:pPr>
      <w:r w:rsidRPr="001B4439">
        <w:rPr>
          <w:sz w:val="24"/>
          <w:szCs w:val="24"/>
          <w:lang w:eastAsia="ja-JP"/>
        </w:rPr>
        <w:t xml:space="preserve">　　</w:t>
      </w:r>
      <w:r w:rsidR="001B4439" w:rsidRPr="001B4439">
        <w:rPr>
          <w:rFonts w:hint="eastAsia"/>
          <w:sz w:val="24"/>
          <w:szCs w:val="24"/>
          <w:lang w:eastAsia="ja-JP"/>
        </w:rPr>
        <w:t xml:space="preserve">　</w:t>
      </w:r>
      <w:r w:rsidRPr="001B4439">
        <w:rPr>
          <w:sz w:val="24"/>
          <w:szCs w:val="24"/>
          <w:lang w:eastAsia="ja-JP"/>
        </w:rPr>
        <w:t>※</w:t>
      </w:r>
      <w:r w:rsidR="004E6324">
        <w:rPr>
          <w:rFonts w:hint="eastAsia"/>
          <w:b/>
          <w:bCs/>
          <w:sz w:val="24"/>
          <w:szCs w:val="24"/>
          <w:lang w:eastAsia="ja-JP"/>
        </w:rPr>
        <w:t>男女混合</w:t>
      </w:r>
      <w:r w:rsidRPr="001B4439">
        <w:rPr>
          <w:b/>
          <w:bCs/>
          <w:sz w:val="24"/>
          <w:szCs w:val="24"/>
          <w:lang w:eastAsia="ja-JP"/>
        </w:rPr>
        <w:t>の部</w:t>
      </w:r>
      <w:r w:rsidRPr="001B4439">
        <w:rPr>
          <w:sz w:val="24"/>
          <w:szCs w:val="24"/>
          <w:lang w:eastAsia="ja-JP"/>
        </w:rPr>
        <w:t>は、</w:t>
      </w:r>
      <w:r w:rsidR="00252123">
        <w:rPr>
          <w:rFonts w:hint="eastAsia"/>
          <w:b/>
          <w:bCs/>
          <w:sz w:val="24"/>
          <w:szCs w:val="24"/>
          <w:lang w:eastAsia="ja-JP"/>
        </w:rPr>
        <w:t>ジュニア</w:t>
      </w:r>
      <w:r w:rsidRPr="001B4439">
        <w:rPr>
          <w:b/>
          <w:bCs/>
          <w:sz w:val="24"/>
          <w:szCs w:val="24"/>
          <w:lang w:eastAsia="ja-JP"/>
        </w:rPr>
        <w:t>の部</w:t>
      </w:r>
      <w:r w:rsidRPr="001B4439">
        <w:rPr>
          <w:sz w:val="24"/>
          <w:szCs w:val="24"/>
          <w:lang w:eastAsia="ja-JP"/>
        </w:rPr>
        <w:t>との</w:t>
      </w:r>
      <w:r w:rsidRPr="001B4439">
        <w:rPr>
          <w:b/>
          <w:bCs/>
          <w:sz w:val="24"/>
          <w:szCs w:val="24"/>
          <w:lang w:eastAsia="ja-JP"/>
        </w:rPr>
        <w:t>重複登録可</w:t>
      </w:r>
      <w:r w:rsidRPr="001B4439">
        <w:rPr>
          <w:sz w:val="24"/>
          <w:szCs w:val="24"/>
          <w:lang w:eastAsia="ja-JP"/>
        </w:rPr>
        <w:t>。</w:t>
      </w:r>
    </w:p>
    <w:p w14:paraId="6126DF6D" w14:textId="77777777" w:rsidR="009832EA" w:rsidRPr="0017195F" w:rsidRDefault="009832EA" w:rsidP="00CB64D3">
      <w:pPr>
        <w:rPr>
          <w:sz w:val="24"/>
          <w:szCs w:val="24"/>
          <w:lang w:eastAsia="ja-JP"/>
        </w:rPr>
      </w:pPr>
    </w:p>
    <w:p w14:paraId="560D03E4" w14:textId="77777777" w:rsidR="009832EA" w:rsidRPr="002B0C5F" w:rsidRDefault="00F2466D" w:rsidP="00CB64D3">
      <w:pPr>
        <w:rPr>
          <w:b/>
          <w:bCs/>
          <w:color w:val="EE0000"/>
          <w:sz w:val="24"/>
          <w:szCs w:val="24"/>
          <w:u w:val="single"/>
          <w:lang w:eastAsia="ja-JP"/>
        </w:rPr>
      </w:pPr>
      <w:r>
        <w:rPr>
          <w:rFonts w:hint="eastAsia"/>
          <w:sz w:val="24"/>
          <w:szCs w:val="24"/>
          <w:lang w:eastAsia="ja-JP"/>
        </w:rPr>
        <w:t xml:space="preserve">　　　</w:t>
      </w:r>
      <w:bookmarkStart w:id="4" w:name="_Hlk231557625"/>
      <w:r w:rsidRPr="002B0C5F">
        <w:rPr>
          <w:rFonts w:hint="eastAsia"/>
          <w:color w:val="EE0000"/>
          <w:sz w:val="24"/>
          <w:szCs w:val="24"/>
          <w:lang w:eastAsia="ja-JP"/>
        </w:rPr>
        <w:t>※</w:t>
      </w:r>
      <w:r w:rsidRPr="002B0C5F">
        <w:rPr>
          <w:rFonts w:hint="eastAsia"/>
          <w:b/>
          <w:bCs/>
          <w:color w:val="EE0000"/>
          <w:sz w:val="24"/>
          <w:szCs w:val="24"/>
          <w:u w:val="single"/>
          <w:lang w:eastAsia="ja-JP"/>
        </w:rPr>
        <w:t>本大会の</w:t>
      </w:r>
      <w:r w:rsidR="004E6324" w:rsidRPr="002B0C5F">
        <w:rPr>
          <w:rFonts w:hint="eastAsia"/>
          <w:b/>
          <w:bCs/>
          <w:color w:val="EE0000"/>
          <w:sz w:val="24"/>
          <w:szCs w:val="24"/>
          <w:u w:val="single"/>
          <w:lang w:eastAsia="ja-JP"/>
        </w:rPr>
        <w:t>男女混合</w:t>
      </w:r>
      <w:r w:rsidRPr="002B0C5F">
        <w:rPr>
          <w:rFonts w:hint="eastAsia"/>
          <w:b/>
          <w:bCs/>
          <w:color w:val="EE0000"/>
          <w:sz w:val="24"/>
          <w:szCs w:val="24"/>
          <w:u w:val="single"/>
          <w:lang w:eastAsia="ja-JP"/>
        </w:rPr>
        <w:t>の部は</w:t>
      </w:r>
      <w:r w:rsidR="009832EA" w:rsidRPr="002B0C5F">
        <w:rPr>
          <w:rFonts w:hint="eastAsia"/>
          <w:b/>
          <w:bCs/>
          <w:color w:val="EE0000"/>
          <w:sz w:val="24"/>
          <w:szCs w:val="24"/>
          <w:u w:val="single"/>
          <w:lang w:eastAsia="ja-JP"/>
        </w:rPr>
        <w:t>春小県予選の</w:t>
      </w:r>
      <w:r w:rsidRPr="002B0C5F">
        <w:rPr>
          <w:rFonts w:hint="eastAsia"/>
          <w:b/>
          <w:bCs/>
          <w:color w:val="EE0000"/>
          <w:sz w:val="24"/>
          <w:szCs w:val="24"/>
          <w:u w:val="single"/>
          <w:lang w:eastAsia="ja-JP"/>
        </w:rPr>
        <w:t>ポイント対象</w:t>
      </w:r>
      <w:r w:rsidR="009832EA" w:rsidRPr="002B0C5F">
        <w:rPr>
          <w:rFonts w:hint="eastAsia"/>
          <w:b/>
          <w:bCs/>
          <w:color w:val="EE0000"/>
          <w:sz w:val="24"/>
          <w:szCs w:val="24"/>
          <w:u w:val="single"/>
          <w:lang w:eastAsia="ja-JP"/>
        </w:rPr>
        <w:t>、</w:t>
      </w:r>
    </w:p>
    <w:p w14:paraId="04E8809D" w14:textId="3102DE0A" w:rsidR="00F2466D" w:rsidRPr="002B0C5F" w:rsidRDefault="009832EA" w:rsidP="009832EA">
      <w:pPr>
        <w:ind w:firstLineChars="800" w:firstLine="1928"/>
        <w:rPr>
          <w:b/>
          <w:bCs/>
          <w:color w:val="EE0000"/>
          <w:sz w:val="24"/>
          <w:szCs w:val="24"/>
          <w:lang w:eastAsia="ja-JP"/>
        </w:rPr>
      </w:pPr>
      <w:r w:rsidRPr="002B0C5F">
        <w:rPr>
          <w:rFonts w:hint="eastAsia"/>
          <w:b/>
          <w:bCs/>
          <w:color w:val="EE0000"/>
          <w:sz w:val="24"/>
          <w:szCs w:val="24"/>
          <w:u w:val="single"/>
          <w:lang w:eastAsia="ja-JP"/>
        </w:rPr>
        <w:t>ジュニアの部は関東ジュニア選手権推薦のポイント</w:t>
      </w:r>
      <w:r w:rsidR="00F2466D" w:rsidRPr="002B0C5F">
        <w:rPr>
          <w:rFonts w:hint="eastAsia"/>
          <w:b/>
          <w:bCs/>
          <w:color w:val="EE0000"/>
          <w:sz w:val="24"/>
          <w:szCs w:val="24"/>
          <w:u w:val="single"/>
          <w:lang w:eastAsia="ja-JP"/>
        </w:rPr>
        <w:t>大会です</w:t>
      </w:r>
      <w:r w:rsidR="00F2466D" w:rsidRPr="002B0C5F">
        <w:rPr>
          <w:rFonts w:hint="eastAsia"/>
          <w:b/>
          <w:bCs/>
          <w:color w:val="EE0000"/>
          <w:sz w:val="24"/>
          <w:szCs w:val="24"/>
          <w:lang w:eastAsia="ja-JP"/>
        </w:rPr>
        <w:t>。</w:t>
      </w:r>
      <w:bookmarkEnd w:id="4"/>
    </w:p>
    <w:p w14:paraId="4B64D308" w14:textId="77777777" w:rsidR="00805AFF" w:rsidRPr="009832EA" w:rsidRDefault="00805AFF" w:rsidP="00CB64D3">
      <w:pPr>
        <w:rPr>
          <w:lang w:eastAsia="ja-JP"/>
        </w:rPr>
      </w:pPr>
    </w:p>
    <w:p w14:paraId="5F1603B4" w14:textId="77777777" w:rsidR="009832EA" w:rsidRDefault="009832EA" w:rsidP="00CB64D3">
      <w:pPr>
        <w:rPr>
          <w:lang w:eastAsia="ja-JP"/>
        </w:rPr>
      </w:pPr>
    </w:p>
    <w:p w14:paraId="6848FBF8" w14:textId="77777777" w:rsidR="00B32C61" w:rsidRPr="00C057F3" w:rsidRDefault="00000000" w:rsidP="00CB64D3">
      <w:pPr>
        <w:rPr>
          <w:b/>
          <w:sz w:val="24"/>
          <w:szCs w:val="24"/>
          <w:lang w:eastAsia="ja-JP"/>
        </w:rPr>
      </w:pPr>
      <w:r w:rsidRPr="00C057F3">
        <w:rPr>
          <w:b/>
          <w:sz w:val="24"/>
          <w:szCs w:val="24"/>
          <w:lang w:eastAsia="ja-JP"/>
        </w:rPr>
        <w:lastRenderedPageBreak/>
        <w:t>８　競技方法</w:t>
      </w:r>
    </w:p>
    <w:p w14:paraId="52F7387A" w14:textId="33C20ACF" w:rsidR="00B32C61" w:rsidRPr="009832EA" w:rsidRDefault="00000000" w:rsidP="009832EA">
      <w:pPr>
        <w:pStyle w:val="ae"/>
        <w:numPr>
          <w:ilvl w:val="0"/>
          <w:numId w:val="10"/>
        </w:numPr>
        <w:rPr>
          <w:sz w:val="24"/>
          <w:szCs w:val="24"/>
          <w:lang w:eastAsia="ja-JP"/>
        </w:rPr>
      </w:pPr>
      <w:r w:rsidRPr="009832EA">
        <w:rPr>
          <w:sz w:val="24"/>
          <w:szCs w:val="24"/>
          <w:lang w:eastAsia="ja-JP"/>
        </w:rPr>
        <w:t>試合は予選リーグを経て、決勝トーナメント方式で行う。</w:t>
      </w:r>
    </w:p>
    <w:p w14:paraId="193F7D99" w14:textId="77777777" w:rsidR="009832EA" w:rsidRPr="009832EA" w:rsidRDefault="009832EA" w:rsidP="009832EA">
      <w:pPr>
        <w:rPr>
          <w:sz w:val="24"/>
          <w:szCs w:val="24"/>
          <w:lang w:eastAsia="ja-JP"/>
        </w:rPr>
      </w:pPr>
    </w:p>
    <w:p w14:paraId="06F17006" w14:textId="77777777" w:rsidR="009832EA" w:rsidRDefault="00000000" w:rsidP="009832EA">
      <w:pPr>
        <w:ind w:firstLineChars="200" w:firstLine="480"/>
        <w:rPr>
          <w:sz w:val="24"/>
          <w:szCs w:val="24"/>
          <w:lang w:eastAsia="ja-JP"/>
        </w:rPr>
      </w:pPr>
      <w:r w:rsidRPr="0037565B">
        <w:rPr>
          <w:sz w:val="24"/>
          <w:szCs w:val="24"/>
          <w:lang w:eastAsia="ja-JP"/>
        </w:rPr>
        <w:t>（２）予選リーグの組み合わせは、</w:t>
      </w:r>
      <w:r w:rsidR="00252123">
        <w:rPr>
          <w:rFonts w:hint="eastAsia"/>
          <w:sz w:val="24"/>
          <w:szCs w:val="24"/>
          <w:lang w:eastAsia="ja-JP"/>
        </w:rPr>
        <w:t>大会事務局にて責任</w:t>
      </w:r>
      <w:r w:rsidRPr="0037565B">
        <w:rPr>
          <w:sz w:val="24"/>
          <w:szCs w:val="24"/>
          <w:lang w:eastAsia="ja-JP"/>
        </w:rPr>
        <w:t>抽選を行い決定</w:t>
      </w:r>
      <w:r w:rsidR="0017195F">
        <w:rPr>
          <w:rFonts w:hint="eastAsia"/>
          <w:sz w:val="24"/>
          <w:szCs w:val="24"/>
          <w:lang w:eastAsia="ja-JP"/>
        </w:rPr>
        <w:t>し、水戸市ドッジボール</w:t>
      </w:r>
    </w:p>
    <w:p w14:paraId="43DC99EF" w14:textId="1E694DFF" w:rsidR="0017195F" w:rsidRDefault="0017195F" w:rsidP="009832EA">
      <w:pPr>
        <w:ind w:firstLineChars="500" w:firstLine="1200"/>
        <w:rPr>
          <w:sz w:val="24"/>
          <w:szCs w:val="24"/>
          <w:lang w:eastAsia="ja-JP"/>
        </w:rPr>
      </w:pPr>
      <w:r>
        <w:rPr>
          <w:rFonts w:hint="eastAsia"/>
          <w:sz w:val="24"/>
          <w:szCs w:val="24"/>
          <w:lang w:eastAsia="ja-JP"/>
        </w:rPr>
        <w:t>協会ホームページにて発表します</w:t>
      </w:r>
      <w:r w:rsidRPr="0037565B">
        <w:rPr>
          <w:sz w:val="24"/>
          <w:szCs w:val="24"/>
          <w:lang w:eastAsia="ja-JP"/>
        </w:rPr>
        <w:t>。</w:t>
      </w:r>
    </w:p>
    <w:p w14:paraId="679D7D83" w14:textId="77777777" w:rsidR="009832EA" w:rsidRPr="0017195F" w:rsidRDefault="009832EA" w:rsidP="009832EA">
      <w:pPr>
        <w:ind w:firstLineChars="500" w:firstLine="1200"/>
        <w:rPr>
          <w:sz w:val="24"/>
          <w:szCs w:val="24"/>
          <w:lang w:eastAsia="ja-JP"/>
        </w:rPr>
      </w:pPr>
    </w:p>
    <w:p w14:paraId="066899FC" w14:textId="75E80B45" w:rsidR="00805AFF" w:rsidRPr="00C057F3" w:rsidRDefault="00000000" w:rsidP="0037565B">
      <w:pPr>
        <w:spacing w:line="260" w:lineRule="exact"/>
        <w:rPr>
          <w:b/>
          <w:sz w:val="24"/>
          <w:szCs w:val="24"/>
          <w:lang w:eastAsia="ja-JP"/>
        </w:rPr>
      </w:pPr>
      <w:r w:rsidRPr="00C057F3">
        <w:rPr>
          <w:b/>
          <w:sz w:val="24"/>
          <w:szCs w:val="24"/>
          <w:lang w:eastAsia="ja-JP"/>
        </w:rPr>
        <w:t>９　競技規則</w:t>
      </w:r>
    </w:p>
    <w:p w14:paraId="734D1F3D" w14:textId="77777777" w:rsidR="00805AFF" w:rsidRPr="00805AFF" w:rsidRDefault="00805AFF" w:rsidP="0037565B">
      <w:pPr>
        <w:spacing w:line="260" w:lineRule="exact"/>
        <w:rPr>
          <w:b/>
          <w:sz w:val="24"/>
          <w:szCs w:val="24"/>
          <w:lang w:eastAsia="ja-JP"/>
        </w:rPr>
      </w:pPr>
    </w:p>
    <w:p w14:paraId="5EE5613B" w14:textId="2818896C" w:rsidR="00B32C61" w:rsidRPr="009832EA" w:rsidRDefault="00000000" w:rsidP="009832EA">
      <w:pPr>
        <w:pStyle w:val="ae"/>
        <w:numPr>
          <w:ilvl w:val="0"/>
          <w:numId w:val="11"/>
        </w:numPr>
        <w:spacing w:line="260" w:lineRule="exact"/>
        <w:rPr>
          <w:sz w:val="24"/>
          <w:szCs w:val="24"/>
          <w:lang w:eastAsia="ja-JP"/>
        </w:rPr>
      </w:pPr>
      <w:r w:rsidRPr="009832EA">
        <w:rPr>
          <w:sz w:val="24"/>
          <w:szCs w:val="24"/>
          <w:lang w:eastAsia="ja-JP"/>
        </w:rPr>
        <w:t>ルールは、一般財団法人日本ドッジボール協会公式ルールに則って行う。</w:t>
      </w:r>
    </w:p>
    <w:p w14:paraId="2CF0AC8E" w14:textId="77777777" w:rsidR="009832EA" w:rsidRPr="009832EA" w:rsidRDefault="009832EA" w:rsidP="009832EA">
      <w:pPr>
        <w:spacing w:line="260" w:lineRule="exact"/>
        <w:rPr>
          <w:sz w:val="24"/>
          <w:szCs w:val="24"/>
          <w:lang w:eastAsia="ja-JP"/>
        </w:rPr>
      </w:pPr>
    </w:p>
    <w:p w14:paraId="20D00D4C" w14:textId="77777777" w:rsidR="00B32C61" w:rsidRPr="0037565B" w:rsidRDefault="00000000" w:rsidP="0037565B">
      <w:pPr>
        <w:spacing w:line="260" w:lineRule="exact"/>
        <w:rPr>
          <w:sz w:val="24"/>
          <w:szCs w:val="24"/>
          <w:lang w:eastAsia="ja-JP"/>
        </w:rPr>
      </w:pPr>
      <w:r w:rsidRPr="0037565B">
        <w:rPr>
          <w:sz w:val="24"/>
          <w:szCs w:val="24"/>
          <w:lang w:eastAsia="ja-JP"/>
        </w:rPr>
        <w:t>（２）今大会は、下記のように試合を実施する。</w:t>
      </w:r>
    </w:p>
    <w:p w14:paraId="689ACF8F" w14:textId="77777777" w:rsidR="00B32C61" w:rsidRPr="002B0C5F" w:rsidRDefault="00000000" w:rsidP="0037565B">
      <w:pPr>
        <w:spacing w:line="260" w:lineRule="exact"/>
        <w:rPr>
          <w:color w:val="000000" w:themeColor="text1"/>
          <w:sz w:val="24"/>
          <w:szCs w:val="24"/>
          <w:lang w:eastAsia="ja-JP"/>
        </w:rPr>
      </w:pPr>
      <w:r w:rsidRPr="0037565B">
        <w:rPr>
          <w:sz w:val="24"/>
          <w:szCs w:val="24"/>
          <w:lang w:eastAsia="ja-JP"/>
        </w:rPr>
        <w:t xml:space="preserve">　　</w:t>
      </w:r>
      <w:r w:rsidRPr="002B0C5F">
        <w:rPr>
          <w:color w:val="000000" w:themeColor="text1"/>
          <w:sz w:val="24"/>
          <w:szCs w:val="24"/>
          <w:lang w:eastAsia="ja-JP"/>
        </w:rPr>
        <w:t>・予選リーグは５分１セットマッチ</w:t>
      </w:r>
    </w:p>
    <w:p w14:paraId="16198E92" w14:textId="77777777" w:rsidR="00B32C61" w:rsidRPr="002B0C5F" w:rsidRDefault="00000000" w:rsidP="0037565B">
      <w:pPr>
        <w:spacing w:line="260" w:lineRule="exact"/>
        <w:rPr>
          <w:color w:val="000000" w:themeColor="text1"/>
          <w:sz w:val="24"/>
          <w:szCs w:val="24"/>
          <w:lang w:eastAsia="ja-JP"/>
        </w:rPr>
      </w:pPr>
      <w:r w:rsidRPr="002B0C5F">
        <w:rPr>
          <w:color w:val="000000" w:themeColor="text1"/>
          <w:sz w:val="24"/>
          <w:szCs w:val="24"/>
          <w:lang w:eastAsia="ja-JP"/>
        </w:rPr>
        <w:t xml:space="preserve">　　・決勝トーナメントは５分１セットマッチ</w:t>
      </w:r>
    </w:p>
    <w:p w14:paraId="46D04A9C" w14:textId="1DEFED71" w:rsidR="00B32C61" w:rsidRPr="002B0C5F" w:rsidRDefault="00000000" w:rsidP="0037565B">
      <w:pPr>
        <w:spacing w:line="260" w:lineRule="exact"/>
        <w:rPr>
          <w:color w:val="000000" w:themeColor="text1"/>
          <w:sz w:val="24"/>
          <w:szCs w:val="24"/>
          <w:lang w:eastAsia="ja-JP"/>
        </w:rPr>
      </w:pPr>
      <w:r w:rsidRPr="002B0C5F">
        <w:rPr>
          <w:color w:val="000000" w:themeColor="text1"/>
          <w:sz w:val="24"/>
          <w:szCs w:val="24"/>
          <w:lang w:eastAsia="ja-JP"/>
        </w:rPr>
        <w:t xml:space="preserve">　　</w:t>
      </w:r>
      <w:r w:rsidR="00252123" w:rsidRPr="002B0C5F">
        <w:rPr>
          <w:rFonts w:hint="eastAsia"/>
          <w:color w:val="000000" w:themeColor="text1"/>
          <w:sz w:val="24"/>
          <w:szCs w:val="24"/>
          <w:lang w:eastAsia="ja-JP"/>
        </w:rPr>
        <w:t>・</w:t>
      </w:r>
      <w:r w:rsidR="0017195F" w:rsidRPr="002B0C5F">
        <w:rPr>
          <w:rFonts w:hint="eastAsia"/>
          <w:b/>
          <w:bCs/>
          <w:color w:val="000000" w:themeColor="text1"/>
          <w:sz w:val="24"/>
          <w:szCs w:val="24"/>
          <w:lang w:eastAsia="ja-JP"/>
        </w:rPr>
        <w:t>男女混合</w:t>
      </w:r>
      <w:r w:rsidRPr="002B0C5F">
        <w:rPr>
          <w:b/>
          <w:bCs/>
          <w:color w:val="000000" w:themeColor="text1"/>
          <w:sz w:val="24"/>
          <w:szCs w:val="24"/>
          <w:lang w:eastAsia="ja-JP"/>
        </w:rPr>
        <w:t>の部</w:t>
      </w:r>
      <w:r w:rsidR="0017195F" w:rsidRPr="002B0C5F">
        <w:rPr>
          <w:rFonts w:hint="eastAsia"/>
          <w:b/>
          <w:bCs/>
          <w:color w:val="000000" w:themeColor="text1"/>
          <w:sz w:val="24"/>
          <w:szCs w:val="24"/>
          <w:lang w:eastAsia="ja-JP"/>
        </w:rPr>
        <w:t>の</w:t>
      </w:r>
      <w:r w:rsidRPr="002B0C5F">
        <w:rPr>
          <w:b/>
          <w:bCs/>
          <w:color w:val="000000" w:themeColor="text1"/>
          <w:sz w:val="24"/>
          <w:szCs w:val="24"/>
          <w:lang w:eastAsia="ja-JP"/>
        </w:rPr>
        <w:t>決勝</w:t>
      </w:r>
      <w:r w:rsidR="0017195F" w:rsidRPr="002B0C5F">
        <w:rPr>
          <w:rFonts w:hint="eastAsia"/>
          <w:b/>
          <w:bCs/>
          <w:color w:val="000000" w:themeColor="text1"/>
          <w:sz w:val="24"/>
          <w:szCs w:val="24"/>
          <w:lang w:eastAsia="ja-JP"/>
        </w:rPr>
        <w:t>のみ</w:t>
      </w:r>
      <w:r w:rsidRPr="002B0C5F">
        <w:rPr>
          <w:color w:val="000000" w:themeColor="text1"/>
          <w:sz w:val="24"/>
          <w:szCs w:val="24"/>
          <w:lang w:eastAsia="ja-JP"/>
        </w:rPr>
        <w:t>は</w:t>
      </w:r>
      <w:r w:rsidRPr="002B0C5F">
        <w:rPr>
          <w:b/>
          <w:bCs/>
          <w:color w:val="000000" w:themeColor="text1"/>
          <w:sz w:val="24"/>
          <w:szCs w:val="24"/>
          <w:lang w:eastAsia="ja-JP"/>
        </w:rPr>
        <w:t>５分３セットマッチ</w:t>
      </w:r>
      <w:r w:rsidRPr="002B0C5F">
        <w:rPr>
          <w:color w:val="000000" w:themeColor="text1"/>
          <w:sz w:val="24"/>
          <w:szCs w:val="24"/>
          <w:lang w:eastAsia="ja-JP"/>
        </w:rPr>
        <w:t>。</w:t>
      </w:r>
    </w:p>
    <w:p w14:paraId="60CBE0EC" w14:textId="77777777" w:rsidR="0037565B" w:rsidRDefault="00000000" w:rsidP="0037565B">
      <w:pPr>
        <w:spacing w:line="260" w:lineRule="exact"/>
        <w:rPr>
          <w:sz w:val="24"/>
          <w:szCs w:val="24"/>
          <w:lang w:eastAsia="ja-JP"/>
        </w:rPr>
      </w:pPr>
      <w:r w:rsidRPr="0037565B">
        <w:rPr>
          <w:sz w:val="24"/>
          <w:szCs w:val="24"/>
          <w:lang w:eastAsia="ja-JP"/>
        </w:rPr>
        <w:t xml:space="preserve">　　・試合時間の計測は</w:t>
      </w:r>
      <w:r w:rsidRPr="00BC6A9E">
        <w:rPr>
          <w:b/>
          <w:bCs/>
          <w:sz w:val="24"/>
          <w:szCs w:val="24"/>
          <w:lang w:eastAsia="ja-JP"/>
        </w:rPr>
        <w:t>ランニングタイム制</w:t>
      </w:r>
      <w:r w:rsidRPr="0037565B">
        <w:rPr>
          <w:sz w:val="24"/>
          <w:szCs w:val="24"/>
          <w:lang w:eastAsia="ja-JP"/>
        </w:rPr>
        <w:t>とする。</w:t>
      </w:r>
    </w:p>
    <w:p w14:paraId="04142D52" w14:textId="77777777" w:rsidR="009832EA" w:rsidRDefault="009832EA" w:rsidP="0037565B">
      <w:pPr>
        <w:spacing w:line="260" w:lineRule="exact"/>
        <w:rPr>
          <w:sz w:val="24"/>
          <w:szCs w:val="24"/>
          <w:lang w:eastAsia="ja-JP"/>
        </w:rPr>
      </w:pPr>
    </w:p>
    <w:p w14:paraId="377F749B" w14:textId="21589113" w:rsidR="00BC6A9E" w:rsidRDefault="00000000" w:rsidP="00BC6A9E">
      <w:pPr>
        <w:spacing w:line="260" w:lineRule="exact"/>
        <w:rPr>
          <w:sz w:val="24"/>
          <w:szCs w:val="24"/>
          <w:lang w:eastAsia="ja-JP"/>
        </w:rPr>
      </w:pPr>
      <w:r w:rsidRPr="0037565B">
        <w:rPr>
          <w:sz w:val="24"/>
          <w:szCs w:val="24"/>
          <w:lang w:eastAsia="ja-JP"/>
        </w:rPr>
        <w:t>（</w:t>
      </w:r>
      <w:r w:rsidR="0017195F">
        <w:rPr>
          <w:rFonts w:hint="eastAsia"/>
          <w:sz w:val="24"/>
          <w:szCs w:val="24"/>
          <w:lang w:eastAsia="ja-JP"/>
        </w:rPr>
        <w:t>３</w:t>
      </w:r>
      <w:r w:rsidRPr="0037565B">
        <w:rPr>
          <w:sz w:val="24"/>
          <w:szCs w:val="24"/>
          <w:lang w:eastAsia="ja-JP"/>
        </w:rPr>
        <w:t>）競技フロアに降りることができるのは、選手（エントリー選手）と監督・コーチ・マネー</w:t>
      </w:r>
    </w:p>
    <w:p w14:paraId="0660C392" w14:textId="77777777" w:rsidR="00BC6A9E" w:rsidRDefault="00000000" w:rsidP="00BC6A9E">
      <w:pPr>
        <w:spacing w:line="260" w:lineRule="exact"/>
        <w:ind w:firstLineChars="300" w:firstLine="720"/>
        <w:rPr>
          <w:sz w:val="24"/>
          <w:szCs w:val="24"/>
          <w:lang w:eastAsia="ja-JP"/>
        </w:rPr>
      </w:pPr>
      <w:r w:rsidRPr="0037565B">
        <w:rPr>
          <w:sz w:val="24"/>
          <w:szCs w:val="24"/>
          <w:lang w:eastAsia="ja-JP"/>
        </w:rPr>
        <w:t>ジャー３名までとし、競技フロアに降りる場合は、ゴム底の体育館シューズの着用を義務</w:t>
      </w:r>
    </w:p>
    <w:p w14:paraId="7B554801" w14:textId="493B769B" w:rsidR="00B32C61" w:rsidRDefault="00000000" w:rsidP="00BC6A9E">
      <w:pPr>
        <w:spacing w:line="260" w:lineRule="exact"/>
        <w:ind w:firstLineChars="300" w:firstLine="720"/>
        <w:rPr>
          <w:sz w:val="24"/>
          <w:szCs w:val="24"/>
          <w:lang w:eastAsia="ja-JP"/>
        </w:rPr>
      </w:pPr>
      <w:r w:rsidRPr="0037565B">
        <w:rPr>
          <w:sz w:val="24"/>
          <w:szCs w:val="24"/>
          <w:lang w:eastAsia="ja-JP"/>
        </w:rPr>
        <w:t>付ける。</w:t>
      </w:r>
    </w:p>
    <w:p w14:paraId="5267DBCB" w14:textId="77777777" w:rsidR="009832EA" w:rsidRPr="0037565B" w:rsidRDefault="009832EA" w:rsidP="009832EA">
      <w:pPr>
        <w:spacing w:line="260" w:lineRule="exact"/>
        <w:rPr>
          <w:sz w:val="24"/>
          <w:szCs w:val="24"/>
          <w:lang w:eastAsia="ja-JP"/>
        </w:rPr>
      </w:pPr>
    </w:p>
    <w:p w14:paraId="663FD330" w14:textId="2C35B12C" w:rsidR="00BC6A9E" w:rsidRPr="0037565B" w:rsidRDefault="00000000" w:rsidP="00BC6A9E">
      <w:pPr>
        <w:spacing w:line="260" w:lineRule="exact"/>
        <w:rPr>
          <w:sz w:val="24"/>
          <w:szCs w:val="24"/>
          <w:lang w:eastAsia="ja-JP"/>
        </w:rPr>
      </w:pPr>
      <w:r w:rsidRPr="0037565B">
        <w:rPr>
          <w:sz w:val="24"/>
          <w:szCs w:val="24"/>
          <w:lang w:eastAsia="ja-JP"/>
        </w:rPr>
        <w:t>（</w:t>
      </w:r>
      <w:r w:rsidR="0017195F">
        <w:rPr>
          <w:rFonts w:hint="eastAsia"/>
          <w:sz w:val="24"/>
          <w:szCs w:val="24"/>
          <w:lang w:eastAsia="ja-JP"/>
        </w:rPr>
        <w:t>４</w:t>
      </w:r>
      <w:r w:rsidRPr="0037565B">
        <w:rPr>
          <w:sz w:val="24"/>
          <w:szCs w:val="24"/>
          <w:lang w:eastAsia="ja-JP"/>
        </w:rPr>
        <w:t>）予選リーグでは勝ち点制を採用して順位を決定し、全チームが決勝トーナメントに進出する。</w:t>
      </w:r>
    </w:p>
    <w:p w14:paraId="2461AC1E" w14:textId="77777777" w:rsidR="00676CBF" w:rsidRDefault="00000000" w:rsidP="00BC6A9E">
      <w:pPr>
        <w:spacing w:line="260" w:lineRule="exact"/>
        <w:rPr>
          <w:sz w:val="24"/>
          <w:szCs w:val="24"/>
          <w:lang w:eastAsia="ja-JP"/>
        </w:rPr>
      </w:pPr>
      <w:r w:rsidRPr="0037565B">
        <w:rPr>
          <w:sz w:val="24"/>
          <w:szCs w:val="24"/>
          <w:lang w:eastAsia="ja-JP"/>
        </w:rPr>
        <w:t xml:space="preserve">　　</w:t>
      </w:r>
      <w:r w:rsidR="00BC6A9E">
        <w:rPr>
          <w:rFonts w:hint="eastAsia"/>
          <w:sz w:val="24"/>
          <w:szCs w:val="24"/>
          <w:lang w:eastAsia="ja-JP"/>
        </w:rPr>
        <w:t xml:space="preserve"> </w:t>
      </w:r>
      <w:r w:rsidRPr="0037565B">
        <w:rPr>
          <w:sz w:val="24"/>
          <w:szCs w:val="24"/>
          <w:lang w:eastAsia="ja-JP"/>
        </w:rPr>
        <w:t>（勝ちを２点・引き分け１点・負けを０点とする。）勝ち点の合計点数が同じ場合は、「各試</w:t>
      </w:r>
    </w:p>
    <w:p w14:paraId="7FEAF99A" w14:textId="77777777" w:rsidR="00676CBF" w:rsidRDefault="00000000" w:rsidP="00676CBF">
      <w:pPr>
        <w:spacing w:line="260" w:lineRule="exact"/>
        <w:ind w:firstLineChars="300" w:firstLine="720"/>
        <w:rPr>
          <w:sz w:val="24"/>
          <w:szCs w:val="24"/>
          <w:lang w:eastAsia="ja-JP"/>
        </w:rPr>
      </w:pPr>
      <w:r w:rsidRPr="0037565B">
        <w:rPr>
          <w:sz w:val="24"/>
          <w:szCs w:val="24"/>
          <w:lang w:eastAsia="ja-JP"/>
        </w:rPr>
        <w:t>合終了時の味方内野人数合計の多い方」・「直接対決の勝者」・「各試合終了時の相手内野</w:t>
      </w:r>
    </w:p>
    <w:p w14:paraId="680992A5" w14:textId="5214B830" w:rsidR="00B32C61" w:rsidRDefault="00000000" w:rsidP="00676CBF">
      <w:pPr>
        <w:spacing w:line="260" w:lineRule="exact"/>
        <w:ind w:firstLineChars="300" w:firstLine="720"/>
        <w:rPr>
          <w:sz w:val="24"/>
          <w:szCs w:val="24"/>
          <w:lang w:eastAsia="ja-JP"/>
        </w:rPr>
      </w:pPr>
      <w:r w:rsidRPr="0037565B">
        <w:rPr>
          <w:sz w:val="24"/>
          <w:szCs w:val="24"/>
          <w:lang w:eastAsia="ja-JP"/>
        </w:rPr>
        <w:t>人数合計の少ない方」の順で上位を決定する。それでも決まらない場合は決定戦を行う。</w:t>
      </w:r>
    </w:p>
    <w:p w14:paraId="29F49FF2" w14:textId="77777777" w:rsidR="009832EA" w:rsidRPr="0037565B" w:rsidRDefault="009832EA" w:rsidP="009832EA">
      <w:pPr>
        <w:spacing w:line="260" w:lineRule="exact"/>
        <w:rPr>
          <w:sz w:val="24"/>
          <w:szCs w:val="24"/>
          <w:lang w:eastAsia="ja-JP"/>
        </w:rPr>
      </w:pPr>
    </w:p>
    <w:p w14:paraId="01FCAE0B" w14:textId="571D4B32" w:rsidR="00676CBF" w:rsidRDefault="00000000" w:rsidP="00BC6A9E">
      <w:pPr>
        <w:spacing w:line="260" w:lineRule="exact"/>
        <w:rPr>
          <w:sz w:val="24"/>
          <w:szCs w:val="24"/>
          <w:lang w:eastAsia="ja-JP"/>
        </w:rPr>
      </w:pPr>
      <w:r w:rsidRPr="0037565B">
        <w:rPr>
          <w:sz w:val="24"/>
          <w:szCs w:val="24"/>
          <w:lang w:eastAsia="ja-JP"/>
        </w:rPr>
        <w:t>（</w:t>
      </w:r>
      <w:r w:rsidR="0017195F">
        <w:rPr>
          <w:rFonts w:hint="eastAsia"/>
          <w:sz w:val="24"/>
          <w:szCs w:val="24"/>
          <w:lang w:eastAsia="ja-JP"/>
        </w:rPr>
        <w:t>５</w:t>
      </w:r>
      <w:r w:rsidRPr="0037565B">
        <w:rPr>
          <w:sz w:val="24"/>
          <w:szCs w:val="24"/>
          <w:lang w:eastAsia="ja-JP"/>
        </w:rPr>
        <w:t>）決勝トーナメントでは、各セットごとに勝敗を決し、３セットマッチは２セットを先取した</w:t>
      </w:r>
    </w:p>
    <w:p w14:paraId="7C27007E" w14:textId="77777777" w:rsidR="00676CBF" w:rsidRDefault="00000000" w:rsidP="00676CBF">
      <w:pPr>
        <w:spacing w:line="260" w:lineRule="exact"/>
        <w:ind w:firstLineChars="300" w:firstLine="720"/>
        <w:rPr>
          <w:sz w:val="24"/>
          <w:szCs w:val="24"/>
          <w:lang w:eastAsia="ja-JP"/>
        </w:rPr>
      </w:pPr>
      <w:r w:rsidRPr="0037565B">
        <w:rPr>
          <w:sz w:val="24"/>
          <w:szCs w:val="24"/>
          <w:lang w:eastAsia="ja-JP"/>
        </w:rPr>
        <w:t>チームを勝ちとする。セット終了時に内野人数が同数の場合には、Ｖポイントゲーム（セット</w:t>
      </w:r>
    </w:p>
    <w:p w14:paraId="524BA041" w14:textId="55AD807C" w:rsidR="00B32C61" w:rsidRDefault="00000000" w:rsidP="00676CBF">
      <w:pPr>
        <w:spacing w:line="260" w:lineRule="exact"/>
        <w:ind w:firstLineChars="300" w:firstLine="720"/>
        <w:rPr>
          <w:sz w:val="24"/>
          <w:szCs w:val="24"/>
          <w:lang w:eastAsia="ja-JP"/>
        </w:rPr>
      </w:pPr>
      <w:r w:rsidRPr="0037565B">
        <w:rPr>
          <w:sz w:val="24"/>
          <w:szCs w:val="24"/>
          <w:lang w:eastAsia="ja-JP"/>
        </w:rPr>
        <w:t>終了時の状態で試合をし、最初にアウトを取ったチームの勝ち）を行う。</w:t>
      </w:r>
    </w:p>
    <w:p w14:paraId="6C8D59CA" w14:textId="77777777" w:rsidR="009832EA" w:rsidRPr="0037565B" w:rsidRDefault="009832EA" w:rsidP="009832EA">
      <w:pPr>
        <w:spacing w:line="260" w:lineRule="exact"/>
        <w:rPr>
          <w:sz w:val="24"/>
          <w:szCs w:val="24"/>
          <w:lang w:eastAsia="ja-JP"/>
        </w:rPr>
      </w:pPr>
    </w:p>
    <w:p w14:paraId="4E061955" w14:textId="1559062A" w:rsidR="00676CBF" w:rsidRDefault="00000000" w:rsidP="00BC6A9E">
      <w:pPr>
        <w:spacing w:line="260" w:lineRule="exact"/>
        <w:rPr>
          <w:sz w:val="12"/>
          <w:szCs w:val="12"/>
          <w:lang w:eastAsia="ja-JP"/>
        </w:rPr>
      </w:pPr>
      <w:r w:rsidRPr="0037565B">
        <w:rPr>
          <w:sz w:val="24"/>
          <w:szCs w:val="24"/>
          <w:lang w:eastAsia="ja-JP"/>
        </w:rPr>
        <w:t>（</w:t>
      </w:r>
      <w:r w:rsidR="0017195F">
        <w:rPr>
          <w:rFonts w:hint="eastAsia"/>
          <w:sz w:val="24"/>
          <w:szCs w:val="24"/>
          <w:lang w:eastAsia="ja-JP"/>
        </w:rPr>
        <w:t>６</w:t>
      </w:r>
      <w:r w:rsidRPr="0037565B">
        <w:rPr>
          <w:sz w:val="24"/>
          <w:szCs w:val="24"/>
          <w:lang w:eastAsia="ja-JP"/>
        </w:rPr>
        <w:t>）審判員への抗議は一切認めない。</w:t>
      </w:r>
    </w:p>
    <w:p w14:paraId="6B592B6D" w14:textId="77777777" w:rsidR="00676CBF" w:rsidRPr="00676CBF" w:rsidRDefault="00676CBF" w:rsidP="00BC6A9E">
      <w:pPr>
        <w:spacing w:line="260" w:lineRule="exact"/>
        <w:rPr>
          <w:sz w:val="12"/>
          <w:szCs w:val="12"/>
          <w:lang w:eastAsia="ja-JP"/>
        </w:rPr>
      </w:pPr>
    </w:p>
    <w:p w14:paraId="3709A025" w14:textId="430A8775" w:rsidR="00987EC2" w:rsidRDefault="00000000" w:rsidP="00987EC2">
      <w:pPr>
        <w:spacing w:line="260" w:lineRule="exact"/>
        <w:rPr>
          <w:sz w:val="24"/>
          <w:szCs w:val="24"/>
          <w:lang w:eastAsia="ja-JP"/>
        </w:rPr>
      </w:pPr>
      <w:r w:rsidRPr="0037565B">
        <w:rPr>
          <w:sz w:val="24"/>
          <w:szCs w:val="24"/>
          <w:lang w:eastAsia="ja-JP"/>
        </w:rPr>
        <w:t>（</w:t>
      </w:r>
      <w:r w:rsidR="0017195F">
        <w:rPr>
          <w:rFonts w:hint="eastAsia"/>
          <w:sz w:val="24"/>
          <w:szCs w:val="24"/>
          <w:lang w:eastAsia="ja-JP"/>
        </w:rPr>
        <w:t>７</w:t>
      </w:r>
      <w:r w:rsidR="00805AFF" w:rsidRPr="0037565B">
        <w:rPr>
          <w:sz w:val="24"/>
          <w:szCs w:val="24"/>
          <w:lang w:eastAsia="ja-JP"/>
        </w:rPr>
        <w:t>）選手への</w:t>
      </w:r>
      <w:r w:rsidR="00E64C24">
        <w:rPr>
          <w:rFonts w:hint="eastAsia"/>
          <w:sz w:val="24"/>
          <w:szCs w:val="24"/>
          <w:lang w:eastAsia="ja-JP"/>
        </w:rPr>
        <w:t>不適切な</w:t>
      </w:r>
      <w:r w:rsidR="00805AFF" w:rsidRPr="0037565B">
        <w:rPr>
          <w:sz w:val="24"/>
          <w:szCs w:val="24"/>
          <w:lang w:eastAsia="ja-JP"/>
        </w:rPr>
        <w:t>指導</w:t>
      </w:r>
      <w:r w:rsidR="00987EC2">
        <w:rPr>
          <w:rFonts w:hint="eastAsia"/>
          <w:sz w:val="24"/>
          <w:szCs w:val="24"/>
          <w:lang w:eastAsia="ja-JP"/>
        </w:rPr>
        <w:t>（</w:t>
      </w:r>
      <w:r w:rsidR="00805AFF" w:rsidRPr="0037565B">
        <w:rPr>
          <w:sz w:val="24"/>
          <w:szCs w:val="24"/>
          <w:lang w:eastAsia="ja-JP"/>
        </w:rPr>
        <w:t>体罰・罵声等</w:t>
      </w:r>
      <w:r w:rsidR="00987EC2">
        <w:rPr>
          <w:rFonts w:hint="eastAsia"/>
          <w:sz w:val="24"/>
          <w:szCs w:val="24"/>
          <w:lang w:eastAsia="ja-JP"/>
        </w:rPr>
        <w:t>）</w:t>
      </w:r>
      <w:r w:rsidR="00805AFF" w:rsidRPr="0037565B">
        <w:rPr>
          <w:sz w:val="24"/>
          <w:szCs w:val="24"/>
          <w:lang w:eastAsia="ja-JP"/>
        </w:rPr>
        <w:t>があった場合は、大会本部</w:t>
      </w:r>
      <w:r w:rsidR="00E76C29">
        <w:rPr>
          <w:rFonts w:hint="eastAsia"/>
          <w:sz w:val="24"/>
          <w:szCs w:val="24"/>
          <w:lang w:eastAsia="ja-JP"/>
        </w:rPr>
        <w:t>にて協議の上、</w:t>
      </w:r>
      <w:r w:rsidR="00731945" w:rsidRPr="00731945">
        <w:rPr>
          <w:sz w:val="24"/>
          <w:szCs w:val="24"/>
          <w:lang w:eastAsia="ja-JP"/>
        </w:rPr>
        <w:t>必要な措置</w:t>
      </w:r>
    </w:p>
    <w:p w14:paraId="03A856A3" w14:textId="26321098" w:rsidR="0028507C" w:rsidRDefault="00731945" w:rsidP="00F2466D">
      <w:pPr>
        <w:spacing w:line="260" w:lineRule="exact"/>
        <w:ind w:firstLineChars="300" w:firstLine="720"/>
        <w:rPr>
          <w:sz w:val="24"/>
          <w:szCs w:val="24"/>
          <w:lang w:eastAsia="ja-JP"/>
        </w:rPr>
      </w:pPr>
      <w:r w:rsidRPr="00731945">
        <w:rPr>
          <w:sz w:val="24"/>
          <w:szCs w:val="24"/>
          <w:lang w:eastAsia="ja-JP"/>
        </w:rPr>
        <w:t>を講じる</w:t>
      </w:r>
      <w:r>
        <w:rPr>
          <w:rFonts w:hint="eastAsia"/>
          <w:sz w:val="24"/>
          <w:szCs w:val="24"/>
          <w:lang w:eastAsia="ja-JP"/>
        </w:rPr>
        <w:t>ことがありま</w:t>
      </w:r>
      <w:r w:rsidR="00805AFF" w:rsidRPr="0037565B">
        <w:rPr>
          <w:sz w:val="24"/>
          <w:szCs w:val="24"/>
          <w:lang w:eastAsia="ja-JP"/>
        </w:rPr>
        <w:t>す。また、</w:t>
      </w:r>
      <w:r w:rsidR="00805AFF">
        <w:rPr>
          <w:rFonts w:hint="eastAsia"/>
          <w:sz w:val="24"/>
          <w:szCs w:val="24"/>
          <w:lang w:eastAsia="ja-JP"/>
        </w:rPr>
        <w:t>その場合、</w:t>
      </w:r>
      <w:r w:rsidR="0017195F">
        <w:rPr>
          <w:rFonts w:hint="eastAsia"/>
          <w:sz w:val="24"/>
          <w:szCs w:val="24"/>
          <w:lang w:eastAsia="ja-JP"/>
        </w:rPr>
        <w:t>上位</w:t>
      </w:r>
      <w:r w:rsidR="00805AFF">
        <w:rPr>
          <w:rFonts w:hint="eastAsia"/>
          <w:sz w:val="24"/>
          <w:szCs w:val="24"/>
          <w:lang w:eastAsia="ja-JP"/>
        </w:rPr>
        <w:t>大会</w:t>
      </w:r>
      <w:r w:rsidR="00805AFF" w:rsidRPr="0037565B">
        <w:rPr>
          <w:sz w:val="24"/>
          <w:szCs w:val="24"/>
          <w:lang w:eastAsia="ja-JP"/>
        </w:rPr>
        <w:t>への推薦ができない場合があり</w:t>
      </w:r>
    </w:p>
    <w:p w14:paraId="22C4FEBB" w14:textId="214232EC" w:rsidR="00805AFF" w:rsidRDefault="00805AFF" w:rsidP="00F2466D">
      <w:pPr>
        <w:spacing w:line="260" w:lineRule="exact"/>
        <w:ind w:firstLineChars="300" w:firstLine="720"/>
        <w:rPr>
          <w:sz w:val="24"/>
          <w:szCs w:val="24"/>
          <w:lang w:eastAsia="ja-JP"/>
        </w:rPr>
      </w:pPr>
      <w:r w:rsidRPr="0037565B">
        <w:rPr>
          <w:sz w:val="24"/>
          <w:szCs w:val="24"/>
          <w:lang w:eastAsia="ja-JP"/>
        </w:rPr>
        <w:t>ます。</w:t>
      </w:r>
    </w:p>
    <w:p w14:paraId="61D2095C" w14:textId="77777777" w:rsidR="009832EA" w:rsidRPr="0037565B" w:rsidRDefault="009832EA" w:rsidP="009832EA">
      <w:pPr>
        <w:spacing w:line="260" w:lineRule="exact"/>
        <w:rPr>
          <w:sz w:val="24"/>
          <w:szCs w:val="24"/>
          <w:lang w:eastAsia="ja-JP"/>
        </w:rPr>
      </w:pPr>
    </w:p>
    <w:p w14:paraId="3C3DC5D1" w14:textId="77777777" w:rsidR="0017195F" w:rsidRDefault="00805AFF" w:rsidP="0017195F">
      <w:pPr>
        <w:spacing w:line="260" w:lineRule="exact"/>
        <w:rPr>
          <w:sz w:val="24"/>
          <w:szCs w:val="24"/>
          <w:lang w:eastAsia="ja-JP"/>
        </w:rPr>
      </w:pPr>
      <w:r w:rsidRPr="0037565B">
        <w:rPr>
          <w:sz w:val="24"/>
          <w:szCs w:val="24"/>
          <w:lang w:eastAsia="ja-JP"/>
        </w:rPr>
        <w:t>（</w:t>
      </w:r>
      <w:r w:rsidR="0017195F">
        <w:rPr>
          <w:rFonts w:hint="eastAsia"/>
          <w:sz w:val="24"/>
          <w:szCs w:val="24"/>
          <w:lang w:eastAsia="ja-JP"/>
        </w:rPr>
        <w:t>８</w:t>
      </w:r>
      <w:r w:rsidRPr="0037565B">
        <w:rPr>
          <w:sz w:val="24"/>
          <w:szCs w:val="24"/>
          <w:lang w:eastAsia="ja-JP"/>
        </w:rPr>
        <w:t>）競技規則・出場資格等に不備が生じた場合、また、大会終了後に発覚した場合、</w:t>
      </w:r>
      <w:r w:rsidR="0017195F">
        <w:rPr>
          <w:rFonts w:hint="eastAsia"/>
          <w:sz w:val="24"/>
          <w:szCs w:val="24"/>
          <w:lang w:eastAsia="ja-JP"/>
        </w:rPr>
        <w:t>上位</w:t>
      </w:r>
      <w:r>
        <w:rPr>
          <w:rFonts w:hint="eastAsia"/>
          <w:sz w:val="24"/>
          <w:szCs w:val="24"/>
          <w:lang w:eastAsia="ja-JP"/>
        </w:rPr>
        <w:t>大会</w:t>
      </w:r>
      <w:r w:rsidRPr="0037565B">
        <w:rPr>
          <w:sz w:val="24"/>
          <w:szCs w:val="24"/>
          <w:lang w:eastAsia="ja-JP"/>
        </w:rPr>
        <w:t>への</w:t>
      </w:r>
    </w:p>
    <w:p w14:paraId="5D99E732" w14:textId="53A00071" w:rsidR="00B32C61" w:rsidRPr="0037565B" w:rsidRDefault="00805AFF" w:rsidP="0017195F">
      <w:pPr>
        <w:spacing w:line="260" w:lineRule="exact"/>
        <w:ind w:firstLineChars="300" w:firstLine="720"/>
        <w:rPr>
          <w:sz w:val="24"/>
          <w:szCs w:val="24"/>
          <w:lang w:eastAsia="ja-JP"/>
        </w:rPr>
      </w:pPr>
      <w:r w:rsidRPr="0037565B">
        <w:rPr>
          <w:sz w:val="24"/>
          <w:szCs w:val="24"/>
          <w:lang w:eastAsia="ja-JP"/>
        </w:rPr>
        <w:t>推薦が</w:t>
      </w:r>
      <w:r>
        <w:rPr>
          <w:rFonts w:hint="eastAsia"/>
          <w:sz w:val="24"/>
          <w:szCs w:val="24"/>
          <w:lang w:eastAsia="ja-JP"/>
        </w:rPr>
        <w:t>できない</w:t>
      </w:r>
      <w:r w:rsidRPr="0037565B">
        <w:rPr>
          <w:sz w:val="24"/>
          <w:szCs w:val="24"/>
          <w:lang w:eastAsia="ja-JP"/>
        </w:rPr>
        <w:t>場合があります。</w:t>
      </w:r>
    </w:p>
    <w:p w14:paraId="74475A27" w14:textId="77777777" w:rsidR="00B32C61" w:rsidRPr="00C057F3" w:rsidRDefault="00B32C61" w:rsidP="00CB64D3">
      <w:pPr>
        <w:rPr>
          <w:b/>
          <w:lang w:eastAsia="ja-JP"/>
        </w:rPr>
      </w:pPr>
    </w:p>
    <w:p w14:paraId="705A8712" w14:textId="77777777" w:rsidR="00B32C61" w:rsidRPr="00C057F3" w:rsidRDefault="00000000" w:rsidP="00676CBF">
      <w:pPr>
        <w:spacing w:line="260" w:lineRule="exact"/>
        <w:rPr>
          <w:b/>
          <w:sz w:val="24"/>
          <w:szCs w:val="24"/>
          <w:lang w:eastAsia="ja-JP"/>
        </w:rPr>
      </w:pPr>
      <w:r w:rsidRPr="00C057F3">
        <w:rPr>
          <w:b/>
          <w:sz w:val="24"/>
          <w:szCs w:val="24"/>
          <w:lang w:eastAsia="ja-JP"/>
        </w:rPr>
        <w:t>10</w:t>
      </w:r>
      <w:r w:rsidRPr="00C057F3">
        <w:rPr>
          <w:b/>
          <w:sz w:val="24"/>
          <w:szCs w:val="24"/>
          <w:lang w:eastAsia="ja-JP"/>
        </w:rPr>
        <w:t xml:space="preserve">　表　彰</w:t>
      </w:r>
    </w:p>
    <w:p w14:paraId="52C8F9B9" w14:textId="77777777" w:rsidR="00805AFF" w:rsidRPr="00676CBF" w:rsidRDefault="00805AFF" w:rsidP="00676CBF">
      <w:pPr>
        <w:spacing w:line="260" w:lineRule="exact"/>
        <w:rPr>
          <w:sz w:val="24"/>
          <w:szCs w:val="24"/>
          <w:lang w:eastAsia="ja-JP"/>
        </w:rPr>
      </w:pPr>
    </w:p>
    <w:p w14:paraId="5BFCB5F3" w14:textId="77777777" w:rsidR="00B32C61" w:rsidRPr="00676CBF" w:rsidRDefault="00000000" w:rsidP="00676CBF">
      <w:pPr>
        <w:spacing w:line="260" w:lineRule="exact"/>
        <w:rPr>
          <w:sz w:val="24"/>
          <w:szCs w:val="24"/>
          <w:lang w:eastAsia="ja-JP"/>
        </w:rPr>
      </w:pPr>
      <w:r w:rsidRPr="00676CBF">
        <w:rPr>
          <w:sz w:val="24"/>
          <w:szCs w:val="24"/>
          <w:lang w:eastAsia="ja-JP"/>
        </w:rPr>
        <w:t xml:space="preserve">　　優勝チーム及び上位入賞チームを表彰する。</w:t>
      </w:r>
    </w:p>
    <w:p w14:paraId="08DD0139" w14:textId="2C67C6D1" w:rsidR="00B32C61" w:rsidRPr="00676CBF" w:rsidRDefault="00000000" w:rsidP="00F2466D">
      <w:pPr>
        <w:spacing w:line="260" w:lineRule="exact"/>
        <w:rPr>
          <w:sz w:val="24"/>
          <w:szCs w:val="24"/>
          <w:lang w:eastAsia="ja-JP"/>
        </w:rPr>
      </w:pPr>
      <w:r w:rsidRPr="00676CBF">
        <w:rPr>
          <w:sz w:val="24"/>
          <w:szCs w:val="24"/>
          <w:lang w:eastAsia="ja-JP"/>
        </w:rPr>
        <w:t xml:space="preserve">　　</w:t>
      </w:r>
    </w:p>
    <w:p w14:paraId="38CA807D" w14:textId="5E95322B" w:rsidR="000B16F0" w:rsidRPr="009832EA" w:rsidRDefault="00000000" w:rsidP="00676CBF">
      <w:pPr>
        <w:spacing w:line="260" w:lineRule="exact"/>
        <w:rPr>
          <w:color w:val="00B0F0"/>
          <w:sz w:val="24"/>
          <w:szCs w:val="24"/>
          <w:lang w:eastAsia="ja-JP"/>
        </w:rPr>
      </w:pPr>
      <w:r w:rsidRPr="00676CBF">
        <w:rPr>
          <w:sz w:val="24"/>
          <w:szCs w:val="24"/>
          <w:lang w:eastAsia="ja-JP"/>
        </w:rPr>
        <w:t xml:space="preserve">　　</w:t>
      </w:r>
      <w:r w:rsidR="0028507C" w:rsidRPr="002B0C5F">
        <w:rPr>
          <w:rFonts w:hint="eastAsia"/>
          <w:color w:val="000000" w:themeColor="text1"/>
          <w:sz w:val="24"/>
          <w:szCs w:val="24"/>
          <w:lang w:eastAsia="ja-JP"/>
        </w:rPr>
        <w:t>※本大会の</w:t>
      </w:r>
      <w:r w:rsidR="0017195F" w:rsidRPr="002B0C5F">
        <w:rPr>
          <w:rFonts w:hint="eastAsia"/>
          <w:color w:val="000000" w:themeColor="text1"/>
          <w:sz w:val="24"/>
          <w:szCs w:val="24"/>
          <w:lang w:eastAsia="ja-JP"/>
        </w:rPr>
        <w:t>男女混合の部・</w:t>
      </w:r>
      <w:r w:rsidR="0028507C" w:rsidRPr="002B0C5F">
        <w:rPr>
          <w:rFonts w:hint="eastAsia"/>
          <w:color w:val="000000" w:themeColor="text1"/>
          <w:sz w:val="24"/>
          <w:szCs w:val="24"/>
          <w:lang w:eastAsia="ja-JP"/>
        </w:rPr>
        <w:t>ジュニアの部は大会推薦にかかわるポイント対象の大会です。</w:t>
      </w:r>
    </w:p>
    <w:p w14:paraId="3E4B7CFD" w14:textId="77777777" w:rsidR="000B16F0" w:rsidRPr="00676CBF" w:rsidRDefault="000B16F0" w:rsidP="00676CBF">
      <w:pPr>
        <w:spacing w:line="260" w:lineRule="exact"/>
        <w:rPr>
          <w:sz w:val="24"/>
          <w:szCs w:val="24"/>
          <w:lang w:eastAsia="ja-JP"/>
        </w:rPr>
      </w:pPr>
    </w:p>
    <w:p w14:paraId="22B77AA5" w14:textId="77777777" w:rsidR="00B32C61" w:rsidRPr="00C057F3" w:rsidRDefault="00000000" w:rsidP="00676CBF">
      <w:pPr>
        <w:spacing w:line="260" w:lineRule="exact"/>
        <w:rPr>
          <w:b/>
          <w:sz w:val="24"/>
          <w:szCs w:val="24"/>
          <w:lang w:eastAsia="ja-JP"/>
        </w:rPr>
      </w:pPr>
      <w:r w:rsidRPr="00C057F3">
        <w:rPr>
          <w:b/>
          <w:sz w:val="24"/>
          <w:szCs w:val="24"/>
          <w:lang w:eastAsia="ja-JP"/>
        </w:rPr>
        <w:t>11</w:t>
      </w:r>
      <w:r w:rsidRPr="00C057F3">
        <w:rPr>
          <w:b/>
          <w:sz w:val="24"/>
          <w:szCs w:val="24"/>
          <w:lang w:eastAsia="ja-JP"/>
        </w:rPr>
        <w:t xml:space="preserve">　申し込み方法</w:t>
      </w:r>
    </w:p>
    <w:p w14:paraId="35B651D3" w14:textId="77777777" w:rsidR="00C057F3" w:rsidRPr="00676CBF" w:rsidRDefault="00C057F3" w:rsidP="00676CBF">
      <w:pPr>
        <w:spacing w:line="260" w:lineRule="exact"/>
        <w:rPr>
          <w:sz w:val="24"/>
          <w:szCs w:val="24"/>
          <w:lang w:eastAsia="ja-JP"/>
        </w:rPr>
      </w:pPr>
    </w:p>
    <w:p w14:paraId="50787296" w14:textId="62CF2E2D" w:rsidR="00B32C61" w:rsidRPr="00676CBF" w:rsidRDefault="00000000" w:rsidP="009832EA">
      <w:pPr>
        <w:spacing w:line="260" w:lineRule="exact"/>
        <w:ind w:left="480" w:hangingChars="200" w:hanging="480"/>
        <w:rPr>
          <w:sz w:val="24"/>
          <w:szCs w:val="24"/>
          <w:lang w:eastAsia="ja-JP"/>
        </w:rPr>
      </w:pPr>
      <w:r w:rsidRPr="00676CBF">
        <w:rPr>
          <w:sz w:val="24"/>
          <w:szCs w:val="24"/>
          <w:lang w:eastAsia="ja-JP"/>
        </w:rPr>
        <w:t xml:space="preserve">　</w:t>
      </w:r>
      <w:r w:rsidRPr="00D9112F">
        <w:rPr>
          <w:b/>
          <w:bCs/>
          <w:sz w:val="24"/>
          <w:szCs w:val="24"/>
          <w:lang w:eastAsia="ja-JP"/>
        </w:rPr>
        <w:t xml:space="preserve">　</w:t>
      </w:r>
      <w:r w:rsidRPr="002B0C5F">
        <w:rPr>
          <w:b/>
          <w:bCs/>
          <w:color w:val="EE0000"/>
          <w:sz w:val="24"/>
          <w:szCs w:val="24"/>
          <w:u w:val="single"/>
          <w:lang w:eastAsia="ja-JP"/>
        </w:rPr>
        <w:t>令和</w:t>
      </w:r>
      <w:r w:rsidR="00676CBF" w:rsidRPr="002B0C5F">
        <w:rPr>
          <w:rFonts w:hint="eastAsia"/>
          <w:b/>
          <w:bCs/>
          <w:color w:val="EE0000"/>
          <w:sz w:val="24"/>
          <w:szCs w:val="24"/>
          <w:u w:val="single"/>
          <w:lang w:eastAsia="ja-JP"/>
        </w:rPr>
        <w:t>８</w:t>
      </w:r>
      <w:r w:rsidRPr="002B0C5F">
        <w:rPr>
          <w:b/>
          <w:bCs/>
          <w:color w:val="EE0000"/>
          <w:sz w:val="24"/>
          <w:szCs w:val="24"/>
          <w:u w:val="single"/>
          <w:lang w:eastAsia="ja-JP"/>
        </w:rPr>
        <w:t>年</w:t>
      </w:r>
      <w:r w:rsidR="009832EA" w:rsidRPr="002B0C5F">
        <w:rPr>
          <w:rFonts w:hint="eastAsia"/>
          <w:b/>
          <w:bCs/>
          <w:color w:val="EE0000"/>
          <w:sz w:val="24"/>
          <w:szCs w:val="24"/>
          <w:u w:val="single"/>
          <w:lang w:eastAsia="ja-JP"/>
        </w:rPr>
        <w:t>９</w:t>
      </w:r>
      <w:r w:rsidRPr="002B0C5F">
        <w:rPr>
          <w:b/>
          <w:bCs/>
          <w:color w:val="EE0000"/>
          <w:sz w:val="24"/>
          <w:szCs w:val="24"/>
          <w:u w:val="single"/>
          <w:lang w:eastAsia="ja-JP"/>
        </w:rPr>
        <w:t>月</w:t>
      </w:r>
      <w:r w:rsidR="009832EA" w:rsidRPr="002B0C5F">
        <w:rPr>
          <w:rFonts w:hint="eastAsia"/>
          <w:b/>
          <w:bCs/>
          <w:color w:val="EE0000"/>
          <w:sz w:val="24"/>
          <w:szCs w:val="24"/>
          <w:u w:val="single"/>
          <w:lang w:eastAsia="ja-JP"/>
        </w:rPr>
        <w:t>１２</w:t>
      </w:r>
      <w:r w:rsidRPr="002B0C5F">
        <w:rPr>
          <w:b/>
          <w:bCs/>
          <w:color w:val="EE0000"/>
          <w:sz w:val="24"/>
          <w:szCs w:val="24"/>
          <w:u w:val="single"/>
          <w:lang w:eastAsia="ja-JP"/>
        </w:rPr>
        <w:t>日（</w:t>
      </w:r>
      <w:r w:rsidR="009832EA" w:rsidRPr="002B0C5F">
        <w:rPr>
          <w:rFonts w:hint="eastAsia"/>
          <w:b/>
          <w:bCs/>
          <w:color w:val="EE0000"/>
          <w:sz w:val="24"/>
          <w:szCs w:val="24"/>
          <w:u w:val="single"/>
          <w:lang w:eastAsia="ja-JP"/>
        </w:rPr>
        <w:t>土</w:t>
      </w:r>
      <w:r w:rsidRPr="002B0C5F">
        <w:rPr>
          <w:b/>
          <w:bCs/>
          <w:color w:val="EE0000"/>
          <w:sz w:val="24"/>
          <w:szCs w:val="24"/>
          <w:u w:val="single"/>
          <w:lang w:eastAsia="ja-JP"/>
        </w:rPr>
        <w:t>）</w:t>
      </w:r>
      <w:r w:rsidRPr="00D9112F">
        <w:rPr>
          <w:sz w:val="24"/>
          <w:szCs w:val="24"/>
          <w:lang w:eastAsia="ja-JP"/>
        </w:rPr>
        <w:t>まで</w:t>
      </w:r>
      <w:r w:rsidRPr="00676CBF">
        <w:rPr>
          <w:sz w:val="24"/>
          <w:szCs w:val="24"/>
          <w:lang w:eastAsia="ja-JP"/>
        </w:rPr>
        <w:t>に</w:t>
      </w:r>
      <w:r w:rsidR="0017195F">
        <w:rPr>
          <w:rFonts w:hint="eastAsia"/>
          <w:sz w:val="24"/>
          <w:szCs w:val="24"/>
          <w:lang w:eastAsia="ja-JP"/>
        </w:rPr>
        <w:t>水戸市ドッジボール</w:t>
      </w:r>
      <w:r w:rsidR="002615BE">
        <w:rPr>
          <w:rFonts w:hint="eastAsia"/>
          <w:sz w:val="24"/>
          <w:szCs w:val="24"/>
          <w:lang w:eastAsia="ja-JP"/>
        </w:rPr>
        <w:t>協会ホームページの</w:t>
      </w:r>
      <w:r w:rsidR="00F2466D">
        <w:rPr>
          <w:rFonts w:hint="eastAsia"/>
          <w:sz w:val="24"/>
          <w:szCs w:val="24"/>
          <w:lang w:eastAsia="ja-JP"/>
        </w:rPr>
        <w:t>Google</w:t>
      </w:r>
      <w:r w:rsidR="00F2466D">
        <w:rPr>
          <w:rFonts w:hint="eastAsia"/>
          <w:sz w:val="24"/>
          <w:szCs w:val="24"/>
          <w:lang w:eastAsia="ja-JP"/>
        </w:rPr>
        <w:t>フォーム</w:t>
      </w:r>
      <w:r w:rsidR="002615BE">
        <w:rPr>
          <w:rFonts w:hint="eastAsia"/>
          <w:sz w:val="24"/>
          <w:szCs w:val="24"/>
          <w:lang w:eastAsia="ja-JP"/>
        </w:rPr>
        <w:t>にて</w:t>
      </w:r>
      <w:r w:rsidR="00C022E9">
        <w:rPr>
          <w:rFonts w:hint="eastAsia"/>
          <w:sz w:val="24"/>
          <w:szCs w:val="24"/>
          <w:lang w:eastAsia="ja-JP"/>
        </w:rPr>
        <w:t>お申込みくだ</w:t>
      </w:r>
      <w:r w:rsidR="002615BE">
        <w:rPr>
          <w:rFonts w:hint="eastAsia"/>
          <w:sz w:val="24"/>
          <w:szCs w:val="24"/>
          <w:lang w:eastAsia="ja-JP"/>
        </w:rPr>
        <w:t>さい。</w:t>
      </w:r>
      <w:r w:rsidR="002651B4">
        <w:rPr>
          <w:rFonts w:hint="eastAsia"/>
          <w:sz w:val="24"/>
          <w:szCs w:val="24"/>
          <w:lang w:eastAsia="ja-JP"/>
        </w:rPr>
        <w:t xml:space="preserve">　　（</w:t>
      </w:r>
      <w:hyperlink r:id="rId8" w:history="1">
        <w:r w:rsidR="002651B4" w:rsidRPr="00572F7A">
          <w:rPr>
            <w:rStyle w:val="aff4"/>
            <w:sz w:val="24"/>
            <w:szCs w:val="24"/>
            <w:lang w:eastAsia="ja-JP"/>
          </w:rPr>
          <w:t>https://forms.gle/ytrvworYJjJmg41AA</w:t>
        </w:r>
      </w:hyperlink>
      <w:r w:rsidR="002651B4">
        <w:rPr>
          <w:rFonts w:hint="eastAsia"/>
          <w:sz w:val="24"/>
          <w:szCs w:val="24"/>
          <w:lang w:eastAsia="ja-JP"/>
        </w:rPr>
        <w:t>）</w:t>
      </w:r>
    </w:p>
    <w:p w14:paraId="37D0BC02" w14:textId="3D4B471B" w:rsidR="00B32C61" w:rsidRDefault="002651B4" w:rsidP="00676CBF">
      <w:pPr>
        <w:spacing w:line="260" w:lineRule="exact"/>
        <w:rPr>
          <w:sz w:val="24"/>
          <w:szCs w:val="24"/>
          <w:lang w:eastAsia="ja-JP"/>
        </w:rPr>
      </w:pPr>
      <w:r>
        <w:rPr>
          <w:rFonts w:hint="eastAsia"/>
          <w:sz w:val="24"/>
          <w:szCs w:val="24"/>
          <w:lang w:eastAsia="ja-JP"/>
        </w:rPr>
        <w:t xml:space="preserve">　　茨城県内チーム限定。</w:t>
      </w:r>
    </w:p>
    <w:p w14:paraId="1F5C5B83" w14:textId="77777777" w:rsidR="002651B4" w:rsidRPr="00676CBF" w:rsidRDefault="002651B4" w:rsidP="00676CBF">
      <w:pPr>
        <w:spacing w:line="260" w:lineRule="exact"/>
        <w:rPr>
          <w:rFonts w:hint="eastAsia"/>
          <w:sz w:val="24"/>
          <w:szCs w:val="24"/>
          <w:lang w:eastAsia="ja-JP"/>
        </w:rPr>
      </w:pPr>
    </w:p>
    <w:p w14:paraId="5DC9788F" w14:textId="21AFD8E3" w:rsidR="00B32C61" w:rsidRPr="00C057F3" w:rsidRDefault="00000000" w:rsidP="00676CBF">
      <w:pPr>
        <w:spacing w:line="260" w:lineRule="exact"/>
        <w:rPr>
          <w:b/>
          <w:sz w:val="24"/>
          <w:szCs w:val="24"/>
          <w:lang w:eastAsia="ja-JP"/>
        </w:rPr>
      </w:pPr>
      <w:r w:rsidRPr="00C057F3">
        <w:rPr>
          <w:b/>
          <w:sz w:val="24"/>
          <w:szCs w:val="24"/>
          <w:lang w:eastAsia="ja-JP"/>
        </w:rPr>
        <w:t>12</w:t>
      </w:r>
      <w:r w:rsidRPr="00C057F3">
        <w:rPr>
          <w:b/>
          <w:sz w:val="24"/>
          <w:szCs w:val="24"/>
          <w:lang w:eastAsia="ja-JP"/>
        </w:rPr>
        <w:t xml:space="preserve">　抽選・監督会議</w:t>
      </w:r>
    </w:p>
    <w:p w14:paraId="77C4A4F9" w14:textId="6F0FEE7D" w:rsidR="00B32C61" w:rsidRPr="00D9112F" w:rsidRDefault="00B32C61" w:rsidP="00F2466D">
      <w:pPr>
        <w:spacing w:line="260" w:lineRule="exact"/>
        <w:rPr>
          <w:sz w:val="24"/>
          <w:szCs w:val="24"/>
          <w:lang w:eastAsia="ja-JP"/>
        </w:rPr>
      </w:pPr>
    </w:p>
    <w:p w14:paraId="4DF9D0A7" w14:textId="7AC925DB" w:rsidR="00B32C61" w:rsidRPr="00D9112F" w:rsidRDefault="00000000" w:rsidP="00676CBF">
      <w:pPr>
        <w:spacing w:line="260" w:lineRule="exact"/>
        <w:rPr>
          <w:sz w:val="24"/>
          <w:szCs w:val="24"/>
          <w:lang w:eastAsia="ja-JP"/>
        </w:rPr>
      </w:pPr>
      <w:r w:rsidRPr="00D9112F">
        <w:rPr>
          <w:sz w:val="24"/>
          <w:szCs w:val="24"/>
          <w:lang w:eastAsia="ja-JP"/>
        </w:rPr>
        <w:t xml:space="preserve">　　</w:t>
      </w:r>
      <w:r w:rsidR="00F2466D">
        <w:rPr>
          <w:rFonts w:hint="eastAsia"/>
          <w:sz w:val="24"/>
          <w:szCs w:val="24"/>
          <w:lang w:eastAsia="ja-JP"/>
        </w:rPr>
        <w:t>抽選は大会事務局にて責任抽選を行います。</w:t>
      </w:r>
    </w:p>
    <w:p w14:paraId="03C67B9A" w14:textId="1B0EA870" w:rsidR="00B32C61" w:rsidRPr="00D9112F" w:rsidRDefault="00000000" w:rsidP="00676CBF">
      <w:pPr>
        <w:spacing w:line="260" w:lineRule="exact"/>
        <w:rPr>
          <w:sz w:val="24"/>
          <w:szCs w:val="24"/>
          <w:lang w:eastAsia="ja-JP"/>
        </w:rPr>
      </w:pPr>
      <w:r w:rsidRPr="00D9112F">
        <w:rPr>
          <w:sz w:val="24"/>
          <w:szCs w:val="24"/>
          <w:lang w:eastAsia="ja-JP"/>
        </w:rPr>
        <w:t xml:space="preserve">　　監督会議は、大会当日</w:t>
      </w:r>
      <w:r w:rsidR="002A58EC" w:rsidRPr="002B0C5F">
        <w:rPr>
          <w:rFonts w:hint="eastAsia"/>
          <w:sz w:val="24"/>
          <w:szCs w:val="24"/>
          <w:lang w:eastAsia="ja-JP"/>
        </w:rPr>
        <w:t xml:space="preserve"> </w:t>
      </w:r>
      <w:r w:rsidRPr="002B0C5F">
        <w:rPr>
          <w:sz w:val="24"/>
          <w:szCs w:val="24"/>
          <w:lang w:eastAsia="ja-JP"/>
        </w:rPr>
        <w:t>８：</w:t>
      </w:r>
      <w:r w:rsidR="002B0C5F" w:rsidRPr="002B0C5F">
        <w:rPr>
          <w:rFonts w:hint="eastAsia"/>
          <w:sz w:val="24"/>
          <w:szCs w:val="24"/>
          <w:lang w:eastAsia="ja-JP"/>
        </w:rPr>
        <w:t>４５</w:t>
      </w:r>
      <w:r w:rsidRPr="00D9112F">
        <w:rPr>
          <w:sz w:val="24"/>
          <w:szCs w:val="24"/>
          <w:lang w:eastAsia="ja-JP"/>
        </w:rPr>
        <w:t>から行います。</w:t>
      </w:r>
    </w:p>
    <w:p w14:paraId="708069C1" w14:textId="77777777" w:rsidR="00B32C61" w:rsidRDefault="00B32C61" w:rsidP="00676CBF">
      <w:pPr>
        <w:spacing w:line="260" w:lineRule="exact"/>
        <w:rPr>
          <w:sz w:val="24"/>
          <w:szCs w:val="24"/>
          <w:lang w:eastAsia="ja-JP"/>
        </w:rPr>
      </w:pPr>
    </w:p>
    <w:p w14:paraId="0EF09FA8" w14:textId="77777777" w:rsidR="0028507C" w:rsidRPr="00676CBF" w:rsidRDefault="0028507C" w:rsidP="00676CBF">
      <w:pPr>
        <w:spacing w:line="260" w:lineRule="exact"/>
        <w:rPr>
          <w:sz w:val="24"/>
          <w:szCs w:val="24"/>
          <w:lang w:eastAsia="ja-JP"/>
        </w:rPr>
      </w:pPr>
    </w:p>
    <w:p w14:paraId="096614C4" w14:textId="77777777" w:rsidR="00B32C61" w:rsidRPr="00C057F3" w:rsidRDefault="00000000" w:rsidP="00676CBF">
      <w:pPr>
        <w:spacing w:line="260" w:lineRule="exact"/>
        <w:rPr>
          <w:b/>
          <w:sz w:val="24"/>
          <w:szCs w:val="24"/>
          <w:lang w:eastAsia="ja-JP"/>
        </w:rPr>
      </w:pPr>
      <w:r w:rsidRPr="00C057F3">
        <w:rPr>
          <w:b/>
          <w:sz w:val="24"/>
          <w:szCs w:val="24"/>
          <w:lang w:eastAsia="ja-JP"/>
        </w:rPr>
        <w:t>13</w:t>
      </w:r>
      <w:r w:rsidRPr="00C057F3">
        <w:rPr>
          <w:b/>
          <w:sz w:val="24"/>
          <w:szCs w:val="24"/>
          <w:lang w:eastAsia="ja-JP"/>
        </w:rPr>
        <w:t xml:space="preserve">　その他</w:t>
      </w:r>
    </w:p>
    <w:p w14:paraId="09B31E16" w14:textId="77777777" w:rsidR="00C057F3" w:rsidRPr="00676CBF" w:rsidRDefault="00C057F3" w:rsidP="00676CBF">
      <w:pPr>
        <w:spacing w:line="260" w:lineRule="exact"/>
        <w:rPr>
          <w:sz w:val="24"/>
          <w:szCs w:val="24"/>
          <w:lang w:eastAsia="ja-JP"/>
        </w:rPr>
      </w:pPr>
    </w:p>
    <w:p w14:paraId="2C375C3A" w14:textId="58E2D3A0" w:rsidR="00B32C61" w:rsidRPr="009832EA" w:rsidRDefault="00000000" w:rsidP="009832EA">
      <w:pPr>
        <w:pStyle w:val="ae"/>
        <w:numPr>
          <w:ilvl w:val="0"/>
          <w:numId w:val="12"/>
        </w:numPr>
        <w:spacing w:line="260" w:lineRule="exact"/>
        <w:rPr>
          <w:sz w:val="24"/>
          <w:szCs w:val="24"/>
          <w:lang w:eastAsia="ja-JP"/>
        </w:rPr>
      </w:pPr>
      <w:r w:rsidRPr="009832EA">
        <w:rPr>
          <w:sz w:val="24"/>
          <w:szCs w:val="24"/>
          <w:lang w:eastAsia="ja-JP"/>
        </w:rPr>
        <w:t>責任者及び父母が必ず引率してください。引率者がいない場合、棄権とします。</w:t>
      </w:r>
    </w:p>
    <w:p w14:paraId="7FDCE8FB" w14:textId="77777777" w:rsidR="009832EA" w:rsidRPr="009832EA" w:rsidRDefault="009832EA" w:rsidP="009832EA">
      <w:pPr>
        <w:spacing w:line="260" w:lineRule="exact"/>
        <w:rPr>
          <w:sz w:val="24"/>
          <w:szCs w:val="24"/>
          <w:lang w:eastAsia="ja-JP"/>
        </w:rPr>
      </w:pPr>
    </w:p>
    <w:p w14:paraId="62D9D950" w14:textId="149F6B83" w:rsidR="00B32C61" w:rsidRPr="009832EA" w:rsidRDefault="00000000" w:rsidP="009832EA">
      <w:pPr>
        <w:pStyle w:val="ae"/>
        <w:numPr>
          <w:ilvl w:val="0"/>
          <w:numId w:val="12"/>
        </w:numPr>
        <w:spacing w:line="260" w:lineRule="exact"/>
        <w:rPr>
          <w:sz w:val="24"/>
          <w:szCs w:val="24"/>
          <w:lang w:eastAsia="ja-JP"/>
        </w:rPr>
      </w:pPr>
      <w:r w:rsidRPr="009832EA">
        <w:rPr>
          <w:sz w:val="24"/>
          <w:szCs w:val="24"/>
          <w:lang w:eastAsia="ja-JP"/>
        </w:rPr>
        <w:t>選手全員がスポーツ安全保険（団体登録）に加入してください。</w:t>
      </w:r>
    </w:p>
    <w:p w14:paraId="578140CA" w14:textId="77777777" w:rsidR="009832EA" w:rsidRPr="009832EA" w:rsidRDefault="009832EA" w:rsidP="009832EA">
      <w:pPr>
        <w:spacing w:line="260" w:lineRule="exact"/>
        <w:rPr>
          <w:sz w:val="24"/>
          <w:szCs w:val="24"/>
          <w:lang w:eastAsia="ja-JP"/>
        </w:rPr>
      </w:pPr>
    </w:p>
    <w:p w14:paraId="171E9762" w14:textId="77777777" w:rsidR="0011651D" w:rsidRDefault="00000000" w:rsidP="00676CBF">
      <w:pPr>
        <w:spacing w:line="260" w:lineRule="exact"/>
        <w:rPr>
          <w:sz w:val="24"/>
          <w:szCs w:val="24"/>
          <w:lang w:eastAsia="ja-JP"/>
        </w:rPr>
      </w:pPr>
      <w:r w:rsidRPr="00676CBF">
        <w:rPr>
          <w:sz w:val="24"/>
          <w:szCs w:val="24"/>
          <w:lang w:eastAsia="ja-JP"/>
        </w:rPr>
        <w:t>（３）大会参加にあたっては、選手の健康管理に十分留意してください。競技中に選手が負傷した</w:t>
      </w:r>
    </w:p>
    <w:p w14:paraId="0D408841" w14:textId="77777777" w:rsidR="00B635DB" w:rsidRDefault="00000000" w:rsidP="0011651D">
      <w:pPr>
        <w:spacing w:line="260" w:lineRule="exact"/>
        <w:ind w:firstLineChars="300" w:firstLine="720"/>
        <w:rPr>
          <w:sz w:val="24"/>
          <w:szCs w:val="24"/>
          <w:lang w:eastAsia="ja-JP"/>
        </w:rPr>
      </w:pPr>
      <w:r w:rsidRPr="00676CBF">
        <w:rPr>
          <w:sz w:val="24"/>
          <w:szCs w:val="24"/>
          <w:lang w:eastAsia="ja-JP"/>
        </w:rPr>
        <w:t>場合、大会</w:t>
      </w:r>
      <w:r w:rsidR="00B635DB">
        <w:rPr>
          <w:rFonts w:hint="eastAsia"/>
          <w:sz w:val="24"/>
          <w:szCs w:val="24"/>
          <w:lang w:eastAsia="ja-JP"/>
        </w:rPr>
        <w:t>本部</w:t>
      </w:r>
      <w:r w:rsidRPr="00676CBF">
        <w:rPr>
          <w:sz w:val="24"/>
          <w:szCs w:val="24"/>
          <w:lang w:eastAsia="ja-JP"/>
        </w:rPr>
        <w:t>において応急処置を</w:t>
      </w:r>
      <w:r w:rsidR="00B635DB">
        <w:rPr>
          <w:rFonts w:hint="eastAsia"/>
          <w:sz w:val="24"/>
          <w:szCs w:val="24"/>
          <w:lang w:eastAsia="ja-JP"/>
        </w:rPr>
        <w:t>行い</w:t>
      </w:r>
      <w:r w:rsidRPr="00676CBF">
        <w:rPr>
          <w:sz w:val="24"/>
          <w:szCs w:val="24"/>
          <w:lang w:eastAsia="ja-JP"/>
        </w:rPr>
        <w:t>ますが、主催者はその後の責任を負いませんのであら</w:t>
      </w:r>
    </w:p>
    <w:p w14:paraId="5A72AD66" w14:textId="7FB7D231" w:rsidR="00B32C61" w:rsidRPr="00676CBF" w:rsidRDefault="00000000" w:rsidP="00B635DB">
      <w:pPr>
        <w:spacing w:line="260" w:lineRule="exact"/>
        <w:ind w:firstLineChars="300" w:firstLine="720"/>
        <w:rPr>
          <w:sz w:val="24"/>
          <w:szCs w:val="24"/>
          <w:lang w:eastAsia="ja-JP"/>
        </w:rPr>
      </w:pPr>
      <w:r w:rsidRPr="00676CBF">
        <w:rPr>
          <w:sz w:val="24"/>
          <w:szCs w:val="24"/>
          <w:lang w:eastAsia="ja-JP"/>
        </w:rPr>
        <w:t>かじめご了承ください。</w:t>
      </w:r>
    </w:p>
    <w:p w14:paraId="324C1563" w14:textId="77777777" w:rsidR="0011651D" w:rsidRDefault="00000000" w:rsidP="00676CBF">
      <w:pPr>
        <w:spacing w:line="260" w:lineRule="exact"/>
        <w:rPr>
          <w:sz w:val="24"/>
          <w:szCs w:val="24"/>
          <w:lang w:eastAsia="ja-JP"/>
        </w:rPr>
      </w:pPr>
      <w:r w:rsidRPr="00676CBF">
        <w:rPr>
          <w:sz w:val="24"/>
          <w:szCs w:val="24"/>
          <w:lang w:eastAsia="ja-JP"/>
        </w:rPr>
        <w:t xml:space="preserve">　　　また、大会会場までの往復中の事故等についても責任を負いかねますのでご注意ください。</w:t>
      </w:r>
    </w:p>
    <w:p w14:paraId="7FA8DB16" w14:textId="77777777" w:rsidR="0011651D" w:rsidRDefault="00000000" w:rsidP="0011651D">
      <w:pPr>
        <w:spacing w:line="260" w:lineRule="exact"/>
        <w:ind w:firstLineChars="300" w:firstLine="720"/>
        <w:rPr>
          <w:sz w:val="24"/>
          <w:szCs w:val="24"/>
          <w:lang w:eastAsia="ja-JP"/>
        </w:rPr>
      </w:pPr>
      <w:r w:rsidRPr="00676CBF">
        <w:rPr>
          <w:sz w:val="24"/>
          <w:szCs w:val="24"/>
          <w:lang w:eastAsia="ja-JP"/>
        </w:rPr>
        <w:t>けが、病気などで救急車を呼ぶ必要がある場合、必ず大会本部に連絡してください。救急車等</w:t>
      </w:r>
    </w:p>
    <w:p w14:paraId="38104A8A" w14:textId="00483F8F" w:rsidR="00B32C61" w:rsidRDefault="00000000" w:rsidP="0028507C">
      <w:pPr>
        <w:spacing w:line="260" w:lineRule="exact"/>
        <w:ind w:firstLineChars="300" w:firstLine="720"/>
        <w:rPr>
          <w:sz w:val="24"/>
          <w:szCs w:val="24"/>
          <w:lang w:eastAsia="ja-JP"/>
        </w:rPr>
      </w:pPr>
      <w:r w:rsidRPr="00676CBF">
        <w:rPr>
          <w:sz w:val="24"/>
          <w:szCs w:val="24"/>
          <w:lang w:eastAsia="ja-JP"/>
        </w:rPr>
        <w:t>の手配は、大会本部で行います。</w:t>
      </w:r>
    </w:p>
    <w:p w14:paraId="49732528" w14:textId="77777777" w:rsidR="009832EA" w:rsidRPr="00676CBF" w:rsidRDefault="009832EA" w:rsidP="009832EA">
      <w:pPr>
        <w:spacing w:line="260" w:lineRule="exact"/>
        <w:rPr>
          <w:sz w:val="24"/>
          <w:szCs w:val="24"/>
          <w:lang w:eastAsia="ja-JP"/>
        </w:rPr>
      </w:pPr>
    </w:p>
    <w:p w14:paraId="640861E1" w14:textId="40780397" w:rsidR="00B32C61" w:rsidRPr="00C022E9" w:rsidRDefault="00000000" w:rsidP="00C022E9">
      <w:pPr>
        <w:pStyle w:val="ae"/>
        <w:numPr>
          <w:ilvl w:val="0"/>
          <w:numId w:val="13"/>
        </w:numPr>
        <w:spacing w:line="260" w:lineRule="exact"/>
        <w:rPr>
          <w:sz w:val="24"/>
          <w:szCs w:val="24"/>
          <w:lang w:eastAsia="ja-JP"/>
        </w:rPr>
      </w:pPr>
      <w:r w:rsidRPr="00C022E9">
        <w:rPr>
          <w:sz w:val="24"/>
          <w:szCs w:val="24"/>
          <w:lang w:eastAsia="ja-JP"/>
        </w:rPr>
        <w:t>各チームでプラカードを</w:t>
      </w:r>
      <w:r w:rsidR="00C022E9" w:rsidRPr="00C022E9">
        <w:rPr>
          <w:rFonts w:hint="eastAsia"/>
          <w:sz w:val="24"/>
          <w:szCs w:val="24"/>
          <w:lang w:eastAsia="ja-JP"/>
        </w:rPr>
        <w:t>ご</w:t>
      </w:r>
      <w:r w:rsidRPr="00C022E9">
        <w:rPr>
          <w:sz w:val="24"/>
          <w:szCs w:val="24"/>
          <w:lang w:eastAsia="ja-JP"/>
        </w:rPr>
        <w:t>持参ください。</w:t>
      </w:r>
      <w:r w:rsidR="0017195F" w:rsidRPr="00C022E9">
        <w:rPr>
          <w:rFonts w:hint="eastAsia"/>
          <w:sz w:val="24"/>
          <w:szCs w:val="24"/>
          <w:lang w:eastAsia="ja-JP"/>
        </w:rPr>
        <w:t>（２０</w:t>
      </w:r>
      <w:r w:rsidR="0017195F" w:rsidRPr="00C022E9">
        <w:rPr>
          <w:rFonts w:hint="eastAsia"/>
          <w:sz w:val="24"/>
          <w:szCs w:val="24"/>
          <w:lang w:eastAsia="ja-JP"/>
        </w:rPr>
        <w:t>cm</w:t>
      </w:r>
      <w:r w:rsidR="0017195F" w:rsidRPr="00C022E9">
        <w:rPr>
          <w:rFonts w:hint="eastAsia"/>
          <w:sz w:val="24"/>
          <w:szCs w:val="24"/>
          <w:lang w:eastAsia="ja-JP"/>
        </w:rPr>
        <w:t>×６０</w:t>
      </w:r>
      <w:r w:rsidR="0017195F" w:rsidRPr="00C022E9">
        <w:rPr>
          <w:rFonts w:hint="eastAsia"/>
          <w:sz w:val="24"/>
          <w:szCs w:val="24"/>
          <w:lang w:eastAsia="ja-JP"/>
        </w:rPr>
        <w:t>cm</w:t>
      </w:r>
      <w:r w:rsidR="0017195F" w:rsidRPr="00C022E9">
        <w:rPr>
          <w:rFonts w:hint="eastAsia"/>
          <w:sz w:val="24"/>
          <w:szCs w:val="24"/>
          <w:lang w:eastAsia="ja-JP"/>
        </w:rPr>
        <w:t>程度）</w:t>
      </w:r>
    </w:p>
    <w:p w14:paraId="04CDFDEC" w14:textId="77777777" w:rsidR="009832EA" w:rsidRPr="009832EA" w:rsidRDefault="009832EA" w:rsidP="009832EA">
      <w:pPr>
        <w:spacing w:line="260" w:lineRule="exact"/>
        <w:rPr>
          <w:sz w:val="24"/>
          <w:szCs w:val="24"/>
          <w:lang w:eastAsia="ja-JP"/>
        </w:rPr>
      </w:pPr>
    </w:p>
    <w:p w14:paraId="11A2E754" w14:textId="2A694451" w:rsidR="0028507C" w:rsidRPr="0017195F" w:rsidRDefault="0028507C" w:rsidP="0028507C">
      <w:pPr>
        <w:spacing w:line="260" w:lineRule="exact"/>
        <w:rPr>
          <w:sz w:val="24"/>
          <w:szCs w:val="24"/>
          <w:lang w:eastAsia="ja-JP"/>
        </w:rPr>
      </w:pPr>
      <w:r w:rsidRPr="0017195F">
        <w:rPr>
          <w:rFonts w:hint="eastAsia"/>
          <w:sz w:val="24"/>
          <w:szCs w:val="24"/>
          <w:lang w:eastAsia="ja-JP"/>
        </w:rPr>
        <w:t>（５</w:t>
      </w:r>
      <w:r w:rsidRPr="0017195F">
        <w:rPr>
          <w:sz w:val="24"/>
          <w:szCs w:val="24"/>
          <w:lang w:eastAsia="ja-JP"/>
        </w:rPr>
        <w:t>）本大会で撮影した写真・映像は大会のポスター・チラシ・プログラム・ＣＭ・ＶＴＲ・</w:t>
      </w:r>
    </w:p>
    <w:p w14:paraId="0868AE3F" w14:textId="77777777" w:rsidR="0028507C" w:rsidRPr="0017195F" w:rsidRDefault="0028507C" w:rsidP="0028507C">
      <w:pPr>
        <w:spacing w:line="260" w:lineRule="exact"/>
        <w:ind w:firstLineChars="300" w:firstLine="720"/>
        <w:rPr>
          <w:sz w:val="24"/>
          <w:szCs w:val="24"/>
          <w:lang w:eastAsia="ja-JP"/>
        </w:rPr>
      </w:pPr>
      <w:r w:rsidRPr="0017195F">
        <w:rPr>
          <w:sz w:val="24"/>
          <w:szCs w:val="24"/>
          <w:lang w:eastAsia="ja-JP"/>
        </w:rPr>
        <w:t>インターネット等に使用する場合がございますので、あらかじめご了承ください。</w:t>
      </w:r>
      <w:r w:rsidRPr="0017195F">
        <w:rPr>
          <w:rFonts w:hint="eastAsia"/>
          <w:sz w:val="24"/>
          <w:szCs w:val="24"/>
          <w:lang w:eastAsia="ja-JP"/>
        </w:rPr>
        <w:t>なお、</w:t>
      </w:r>
    </w:p>
    <w:p w14:paraId="2E007F89" w14:textId="5946B72B" w:rsidR="0028507C" w:rsidRDefault="0028507C" w:rsidP="0028507C">
      <w:pPr>
        <w:spacing w:line="260" w:lineRule="exact"/>
        <w:ind w:firstLineChars="300" w:firstLine="720"/>
        <w:rPr>
          <w:sz w:val="24"/>
          <w:szCs w:val="24"/>
          <w:lang w:eastAsia="ja-JP"/>
        </w:rPr>
      </w:pPr>
      <w:r w:rsidRPr="0017195F">
        <w:rPr>
          <w:sz w:val="24"/>
          <w:szCs w:val="24"/>
          <w:lang w:eastAsia="ja-JP"/>
        </w:rPr>
        <w:t>協会ホームページ上でも使用します。</w:t>
      </w:r>
    </w:p>
    <w:p w14:paraId="44CEFED6" w14:textId="77777777" w:rsidR="009832EA" w:rsidRPr="0017195F" w:rsidRDefault="009832EA" w:rsidP="009832EA">
      <w:pPr>
        <w:spacing w:line="260" w:lineRule="exact"/>
        <w:rPr>
          <w:sz w:val="24"/>
          <w:szCs w:val="24"/>
          <w:lang w:eastAsia="ja-JP"/>
        </w:rPr>
      </w:pPr>
    </w:p>
    <w:p w14:paraId="25D203CF" w14:textId="4EA14B1C" w:rsidR="0017195F" w:rsidRDefault="00702FAF" w:rsidP="00676CBF">
      <w:pPr>
        <w:spacing w:line="260" w:lineRule="exact"/>
        <w:rPr>
          <w:sz w:val="24"/>
          <w:szCs w:val="24"/>
          <w:lang w:eastAsia="ja-JP"/>
        </w:rPr>
      </w:pPr>
      <w:r>
        <w:rPr>
          <w:rFonts w:hint="eastAsia"/>
          <w:sz w:val="24"/>
          <w:szCs w:val="24"/>
          <w:lang w:eastAsia="ja-JP"/>
        </w:rPr>
        <w:t>（６）お弁当業者に協賛いただいておりますので、お弁当の注文を参加条件とさせていただきます。</w:t>
      </w:r>
    </w:p>
    <w:p w14:paraId="42E84B9A" w14:textId="77777777" w:rsidR="00702FAF" w:rsidRPr="00702FAF" w:rsidRDefault="00702FAF" w:rsidP="00676CBF">
      <w:pPr>
        <w:spacing w:line="260" w:lineRule="exact"/>
        <w:rPr>
          <w:sz w:val="24"/>
          <w:szCs w:val="24"/>
          <w:lang w:eastAsia="ja-JP"/>
        </w:rPr>
      </w:pPr>
    </w:p>
    <w:p w14:paraId="7EBEEA2F" w14:textId="77777777" w:rsidR="00B32C61" w:rsidRPr="00C057F3" w:rsidRDefault="00000000" w:rsidP="00676CBF">
      <w:pPr>
        <w:spacing w:line="260" w:lineRule="exact"/>
        <w:rPr>
          <w:b/>
          <w:sz w:val="24"/>
          <w:szCs w:val="24"/>
          <w:lang w:eastAsia="ja-JP"/>
        </w:rPr>
      </w:pPr>
      <w:r w:rsidRPr="00C057F3">
        <w:rPr>
          <w:b/>
          <w:sz w:val="24"/>
          <w:szCs w:val="24"/>
          <w:lang w:eastAsia="ja-JP"/>
        </w:rPr>
        <w:t>14</w:t>
      </w:r>
      <w:r w:rsidRPr="00C057F3">
        <w:rPr>
          <w:b/>
          <w:sz w:val="24"/>
          <w:szCs w:val="24"/>
          <w:lang w:eastAsia="ja-JP"/>
        </w:rPr>
        <w:t xml:space="preserve">　本大会に関するお問い合わせ先</w:t>
      </w:r>
    </w:p>
    <w:p w14:paraId="0F0681F2" w14:textId="77777777" w:rsidR="00C057F3" w:rsidRPr="00676CBF" w:rsidRDefault="00C057F3" w:rsidP="00676CBF">
      <w:pPr>
        <w:spacing w:line="260" w:lineRule="exact"/>
        <w:rPr>
          <w:sz w:val="24"/>
          <w:szCs w:val="24"/>
          <w:lang w:eastAsia="ja-JP"/>
        </w:rPr>
      </w:pPr>
    </w:p>
    <w:p w14:paraId="7D2AFF90" w14:textId="77777777" w:rsidR="00B32C61" w:rsidRPr="00676CBF" w:rsidRDefault="00000000" w:rsidP="0011651D">
      <w:pPr>
        <w:spacing w:line="260" w:lineRule="exact"/>
        <w:ind w:firstLineChars="100" w:firstLine="240"/>
        <w:rPr>
          <w:sz w:val="24"/>
          <w:szCs w:val="24"/>
          <w:lang w:eastAsia="ja-JP"/>
        </w:rPr>
      </w:pPr>
      <w:r w:rsidRPr="00676CBF">
        <w:rPr>
          <w:sz w:val="24"/>
          <w:szCs w:val="24"/>
          <w:lang w:eastAsia="ja-JP"/>
        </w:rPr>
        <w:t>＜大会事務局＞</w:t>
      </w:r>
    </w:p>
    <w:p w14:paraId="759B2621" w14:textId="2B5A942A" w:rsidR="00B32C61" w:rsidRPr="0011651D" w:rsidRDefault="0017195F" w:rsidP="0011651D">
      <w:pPr>
        <w:spacing w:line="260" w:lineRule="exact"/>
        <w:ind w:firstLineChars="300" w:firstLine="720"/>
        <w:rPr>
          <w:sz w:val="24"/>
          <w:szCs w:val="24"/>
          <w:lang w:eastAsia="ja-JP"/>
        </w:rPr>
      </w:pPr>
      <w:r w:rsidRPr="0017195F">
        <w:rPr>
          <w:rFonts w:hint="eastAsia"/>
          <w:sz w:val="24"/>
          <w:szCs w:val="24"/>
          <w:lang w:eastAsia="ja-JP"/>
        </w:rPr>
        <w:t>第１４回水戸東ライオンズクラブ杯ドッジボール大会</w:t>
      </w:r>
      <w:r w:rsidR="00253E42">
        <w:rPr>
          <w:rFonts w:hint="eastAsia"/>
          <w:sz w:val="24"/>
          <w:szCs w:val="24"/>
          <w:lang w:eastAsia="ja-JP"/>
        </w:rPr>
        <w:t xml:space="preserve"> </w:t>
      </w:r>
      <w:r w:rsidR="0028507C" w:rsidRPr="0011651D">
        <w:rPr>
          <w:sz w:val="24"/>
          <w:szCs w:val="24"/>
          <w:lang w:eastAsia="ja-JP"/>
        </w:rPr>
        <w:t>係</w:t>
      </w:r>
    </w:p>
    <w:p w14:paraId="5C12B2B4" w14:textId="251A487A" w:rsidR="00B32C61" w:rsidRPr="0011651D" w:rsidRDefault="00000000" w:rsidP="0011651D">
      <w:pPr>
        <w:spacing w:line="260" w:lineRule="exact"/>
        <w:ind w:firstLineChars="400" w:firstLine="960"/>
        <w:rPr>
          <w:sz w:val="24"/>
          <w:szCs w:val="24"/>
          <w:lang w:eastAsia="ja-JP"/>
        </w:rPr>
      </w:pPr>
      <w:r w:rsidRPr="0011651D">
        <w:rPr>
          <w:sz w:val="24"/>
          <w:szCs w:val="24"/>
          <w:lang w:eastAsia="ja-JP"/>
        </w:rPr>
        <w:t>住所　〒３１０－００３１　茨城県水戸市大工町１－２－２２</w:t>
      </w:r>
      <w:r w:rsidR="0011651D" w:rsidRPr="0011651D">
        <w:rPr>
          <w:rFonts w:hint="eastAsia"/>
          <w:sz w:val="24"/>
          <w:szCs w:val="24"/>
          <w:lang w:eastAsia="ja-JP"/>
        </w:rPr>
        <w:t>（㈱はかまつかでんき内）</w:t>
      </w:r>
    </w:p>
    <w:p w14:paraId="545E80D3" w14:textId="77777777" w:rsidR="00B32C61" w:rsidRPr="00676CBF" w:rsidRDefault="00000000" w:rsidP="0011651D">
      <w:pPr>
        <w:spacing w:line="260" w:lineRule="exact"/>
        <w:ind w:firstLineChars="400" w:firstLine="960"/>
        <w:rPr>
          <w:sz w:val="24"/>
          <w:szCs w:val="24"/>
        </w:rPr>
      </w:pPr>
      <w:proofErr w:type="spellStart"/>
      <w:r w:rsidRPr="00676CBF">
        <w:rPr>
          <w:sz w:val="24"/>
          <w:szCs w:val="24"/>
        </w:rPr>
        <w:t>e-mail</w:t>
      </w:r>
      <w:r w:rsidRPr="00676CBF">
        <w:rPr>
          <w:sz w:val="24"/>
          <w:szCs w:val="24"/>
        </w:rPr>
        <w:t>：ｉｎｆｏ＠ｉｄｂａ．ｊｐ</w:t>
      </w:r>
      <w:proofErr w:type="spellEnd"/>
    </w:p>
    <w:p w14:paraId="48810BE6" w14:textId="77777777" w:rsidR="00B32C61" w:rsidRPr="00676CBF" w:rsidRDefault="00000000" w:rsidP="0011651D">
      <w:pPr>
        <w:spacing w:line="260" w:lineRule="exact"/>
        <w:ind w:firstLineChars="400" w:firstLine="960"/>
        <w:rPr>
          <w:sz w:val="24"/>
          <w:szCs w:val="24"/>
        </w:rPr>
      </w:pPr>
      <w:r w:rsidRPr="00676CBF">
        <w:rPr>
          <w:sz w:val="24"/>
          <w:szCs w:val="24"/>
        </w:rPr>
        <w:t>事務局：</w:t>
      </w:r>
      <w:r w:rsidRPr="00676CBF">
        <w:rPr>
          <w:sz w:val="24"/>
          <w:szCs w:val="24"/>
        </w:rPr>
        <w:t>090‐2333‐3360</w:t>
      </w:r>
      <w:r w:rsidRPr="00676CBF">
        <w:rPr>
          <w:sz w:val="24"/>
          <w:szCs w:val="24"/>
        </w:rPr>
        <w:t>（総務委員長　小川</w:t>
      </w:r>
      <w:r w:rsidRPr="00676CBF">
        <w:rPr>
          <w:sz w:val="24"/>
          <w:szCs w:val="24"/>
        </w:rPr>
        <w:t xml:space="preserve"> </w:t>
      </w:r>
      <w:r w:rsidRPr="00676CBF">
        <w:rPr>
          <w:sz w:val="24"/>
          <w:szCs w:val="24"/>
        </w:rPr>
        <w:t>啓之）</w:t>
      </w:r>
    </w:p>
    <w:p w14:paraId="19B249F4" w14:textId="77777777" w:rsidR="00B32C61" w:rsidRPr="00676CBF" w:rsidRDefault="00B32C61" w:rsidP="00676CBF">
      <w:pPr>
        <w:spacing w:line="260" w:lineRule="exact"/>
        <w:rPr>
          <w:sz w:val="24"/>
          <w:szCs w:val="24"/>
        </w:rPr>
      </w:pPr>
    </w:p>
    <w:p w14:paraId="67CBCF7C" w14:textId="77777777" w:rsidR="00B32C61" w:rsidRDefault="00000000" w:rsidP="00676CBF">
      <w:pPr>
        <w:spacing w:line="260" w:lineRule="exact"/>
        <w:rPr>
          <w:sz w:val="24"/>
          <w:szCs w:val="24"/>
          <w:lang w:eastAsia="ja-JP"/>
        </w:rPr>
      </w:pPr>
      <w:r w:rsidRPr="00676CBF">
        <w:rPr>
          <w:sz w:val="24"/>
          <w:szCs w:val="24"/>
          <w:lang w:eastAsia="ja-JP"/>
        </w:rPr>
        <w:t>※</w:t>
      </w:r>
      <w:r w:rsidRPr="00676CBF">
        <w:rPr>
          <w:sz w:val="24"/>
          <w:szCs w:val="24"/>
          <w:lang w:eastAsia="ja-JP"/>
        </w:rPr>
        <w:t xml:space="preserve">　諸注意</w:t>
      </w:r>
    </w:p>
    <w:p w14:paraId="1B91135A" w14:textId="77777777" w:rsidR="00C057F3" w:rsidRPr="00676CBF" w:rsidRDefault="00C057F3" w:rsidP="00676CBF">
      <w:pPr>
        <w:spacing w:line="260" w:lineRule="exact"/>
        <w:rPr>
          <w:sz w:val="24"/>
          <w:szCs w:val="24"/>
          <w:lang w:eastAsia="ja-JP"/>
        </w:rPr>
      </w:pPr>
    </w:p>
    <w:p w14:paraId="10E3AA95" w14:textId="76D95E7D" w:rsidR="00B32C61" w:rsidRDefault="00000000" w:rsidP="00676CBF">
      <w:pPr>
        <w:spacing w:line="260" w:lineRule="exact"/>
        <w:rPr>
          <w:sz w:val="24"/>
          <w:szCs w:val="24"/>
          <w:lang w:eastAsia="ja-JP"/>
        </w:rPr>
      </w:pPr>
      <w:r w:rsidRPr="0017195F">
        <w:rPr>
          <w:sz w:val="24"/>
          <w:szCs w:val="24"/>
          <w:lang w:eastAsia="ja-JP"/>
        </w:rPr>
        <w:t xml:space="preserve">● </w:t>
      </w:r>
      <w:r w:rsidRPr="0017195F">
        <w:rPr>
          <w:sz w:val="24"/>
          <w:szCs w:val="24"/>
          <w:lang w:eastAsia="ja-JP"/>
        </w:rPr>
        <w:t>駐車場に限りがありますので、極力、乗り合いでお越し</w:t>
      </w:r>
      <w:r w:rsidR="001A7B15" w:rsidRPr="0017195F">
        <w:rPr>
          <w:rFonts w:hint="eastAsia"/>
          <w:sz w:val="24"/>
          <w:szCs w:val="24"/>
          <w:lang w:eastAsia="ja-JP"/>
        </w:rPr>
        <w:t>くだ</w:t>
      </w:r>
      <w:r w:rsidRPr="0017195F">
        <w:rPr>
          <w:sz w:val="24"/>
          <w:szCs w:val="24"/>
          <w:lang w:eastAsia="ja-JP"/>
        </w:rPr>
        <w:t>さいますよう</w:t>
      </w:r>
      <w:r w:rsidR="001A7B15" w:rsidRPr="0017195F">
        <w:rPr>
          <w:rFonts w:hint="eastAsia"/>
          <w:sz w:val="24"/>
          <w:szCs w:val="24"/>
          <w:lang w:eastAsia="ja-JP"/>
        </w:rPr>
        <w:t>お願いいたします</w:t>
      </w:r>
      <w:r w:rsidRPr="0017195F">
        <w:rPr>
          <w:sz w:val="24"/>
          <w:szCs w:val="24"/>
          <w:lang w:eastAsia="ja-JP"/>
        </w:rPr>
        <w:t>。</w:t>
      </w:r>
    </w:p>
    <w:p w14:paraId="7E5C5E91" w14:textId="77777777" w:rsidR="009832EA" w:rsidRPr="0028507C" w:rsidRDefault="009832EA" w:rsidP="00676CBF">
      <w:pPr>
        <w:spacing w:line="260" w:lineRule="exact"/>
        <w:rPr>
          <w:color w:val="EE0000"/>
          <w:sz w:val="24"/>
          <w:szCs w:val="24"/>
          <w:lang w:eastAsia="ja-JP"/>
        </w:rPr>
      </w:pPr>
    </w:p>
    <w:p w14:paraId="56583A6C" w14:textId="77777777" w:rsidR="00B32C61" w:rsidRDefault="00000000" w:rsidP="00676CBF">
      <w:pPr>
        <w:spacing w:line="260" w:lineRule="exact"/>
        <w:rPr>
          <w:sz w:val="24"/>
          <w:szCs w:val="24"/>
          <w:lang w:eastAsia="ja-JP"/>
        </w:rPr>
      </w:pPr>
      <w:r w:rsidRPr="00676CBF">
        <w:rPr>
          <w:sz w:val="24"/>
          <w:szCs w:val="24"/>
          <w:lang w:eastAsia="ja-JP"/>
        </w:rPr>
        <w:t xml:space="preserve">● </w:t>
      </w:r>
      <w:r w:rsidRPr="00676CBF">
        <w:rPr>
          <w:sz w:val="24"/>
          <w:szCs w:val="24"/>
          <w:lang w:eastAsia="ja-JP"/>
        </w:rPr>
        <w:t>車上荒らしの被害が報告されておりますので、貴重品の管理には十分留意願います。</w:t>
      </w:r>
    </w:p>
    <w:p w14:paraId="26F81936" w14:textId="77777777" w:rsidR="009832EA" w:rsidRPr="00676CBF" w:rsidRDefault="009832EA" w:rsidP="00676CBF">
      <w:pPr>
        <w:spacing w:line="260" w:lineRule="exact"/>
        <w:rPr>
          <w:sz w:val="24"/>
          <w:szCs w:val="24"/>
          <w:lang w:eastAsia="ja-JP"/>
        </w:rPr>
      </w:pPr>
    </w:p>
    <w:p w14:paraId="11C6148F" w14:textId="77777777" w:rsidR="00B32C61" w:rsidRDefault="00000000" w:rsidP="00676CBF">
      <w:pPr>
        <w:spacing w:line="260" w:lineRule="exact"/>
        <w:rPr>
          <w:sz w:val="24"/>
          <w:szCs w:val="24"/>
          <w:lang w:eastAsia="ja-JP"/>
        </w:rPr>
      </w:pPr>
      <w:r w:rsidRPr="00676CBF">
        <w:rPr>
          <w:sz w:val="24"/>
          <w:szCs w:val="24"/>
          <w:lang w:eastAsia="ja-JP"/>
        </w:rPr>
        <w:t xml:space="preserve">● </w:t>
      </w:r>
      <w:r w:rsidRPr="00676CBF">
        <w:rPr>
          <w:sz w:val="24"/>
          <w:szCs w:val="24"/>
          <w:lang w:eastAsia="ja-JP"/>
        </w:rPr>
        <w:t>駐車場及び建物内の通路・ロビーでのボールを使用しないでください。</w:t>
      </w:r>
    </w:p>
    <w:p w14:paraId="7403533D" w14:textId="77777777" w:rsidR="009832EA" w:rsidRPr="00676CBF" w:rsidRDefault="009832EA" w:rsidP="00676CBF">
      <w:pPr>
        <w:spacing w:line="260" w:lineRule="exact"/>
        <w:rPr>
          <w:sz w:val="24"/>
          <w:szCs w:val="24"/>
          <w:lang w:eastAsia="ja-JP"/>
        </w:rPr>
      </w:pPr>
    </w:p>
    <w:p w14:paraId="4FFF9526" w14:textId="2B2D9AC2" w:rsidR="00352ACA" w:rsidRDefault="00000000" w:rsidP="00676CBF">
      <w:pPr>
        <w:spacing w:line="260" w:lineRule="exact"/>
        <w:rPr>
          <w:sz w:val="24"/>
          <w:szCs w:val="24"/>
          <w:lang w:eastAsia="ja-JP"/>
        </w:rPr>
      </w:pPr>
      <w:r w:rsidRPr="00676CBF">
        <w:rPr>
          <w:sz w:val="24"/>
          <w:szCs w:val="24"/>
          <w:lang w:eastAsia="ja-JP"/>
        </w:rPr>
        <w:t xml:space="preserve">● </w:t>
      </w:r>
      <w:r w:rsidRPr="00676CBF">
        <w:rPr>
          <w:sz w:val="24"/>
          <w:szCs w:val="24"/>
          <w:lang w:eastAsia="ja-JP"/>
        </w:rPr>
        <w:t>喫煙マナーを厳守して</w:t>
      </w:r>
      <w:r w:rsidR="00B635DB">
        <w:rPr>
          <w:rFonts w:hint="eastAsia"/>
          <w:sz w:val="24"/>
          <w:szCs w:val="24"/>
          <w:lang w:eastAsia="ja-JP"/>
        </w:rPr>
        <w:t>くだ</w:t>
      </w:r>
      <w:r w:rsidRPr="00676CBF">
        <w:rPr>
          <w:sz w:val="24"/>
          <w:szCs w:val="24"/>
          <w:lang w:eastAsia="ja-JP"/>
        </w:rPr>
        <w:t>さい。</w:t>
      </w:r>
    </w:p>
    <w:p w14:paraId="31FF705E" w14:textId="77777777" w:rsidR="009832EA" w:rsidRPr="00676CBF" w:rsidRDefault="009832EA" w:rsidP="00676CBF">
      <w:pPr>
        <w:spacing w:line="260" w:lineRule="exact"/>
        <w:rPr>
          <w:sz w:val="24"/>
          <w:szCs w:val="24"/>
          <w:lang w:eastAsia="ja-JP"/>
        </w:rPr>
      </w:pPr>
    </w:p>
    <w:p w14:paraId="249BD94E" w14:textId="3D3377DE" w:rsidR="00B32C61" w:rsidRDefault="00000000" w:rsidP="00676CBF">
      <w:pPr>
        <w:spacing w:line="260" w:lineRule="exact"/>
        <w:rPr>
          <w:sz w:val="24"/>
          <w:szCs w:val="24"/>
          <w:lang w:eastAsia="ja-JP"/>
        </w:rPr>
      </w:pPr>
      <w:r w:rsidRPr="00676CBF">
        <w:rPr>
          <w:sz w:val="24"/>
          <w:szCs w:val="24"/>
          <w:lang w:eastAsia="ja-JP"/>
        </w:rPr>
        <w:t xml:space="preserve">● </w:t>
      </w:r>
      <w:r w:rsidRPr="00676CBF">
        <w:rPr>
          <w:sz w:val="24"/>
          <w:szCs w:val="24"/>
          <w:lang w:eastAsia="ja-JP"/>
        </w:rPr>
        <w:t>大会中はスタッフの指示（お弁当の配付・回収等）に従って</w:t>
      </w:r>
      <w:r w:rsidR="00B635DB">
        <w:rPr>
          <w:rFonts w:hint="eastAsia"/>
          <w:sz w:val="24"/>
          <w:szCs w:val="24"/>
          <w:lang w:eastAsia="ja-JP"/>
        </w:rPr>
        <w:t>くだ</w:t>
      </w:r>
      <w:r w:rsidRPr="00676CBF">
        <w:rPr>
          <w:sz w:val="24"/>
          <w:szCs w:val="24"/>
          <w:lang w:eastAsia="ja-JP"/>
        </w:rPr>
        <w:t>さい。</w:t>
      </w:r>
    </w:p>
    <w:p w14:paraId="561CD37A" w14:textId="77777777" w:rsidR="009832EA" w:rsidRPr="00676CBF" w:rsidRDefault="009832EA" w:rsidP="00676CBF">
      <w:pPr>
        <w:spacing w:line="260" w:lineRule="exact"/>
        <w:rPr>
          <w:sz w:val="24"/>
          <w:szCs w:val="24"/>
          <w:lang w:eastAsia="ja-JP"/>
        </w:rPr>
      </w:pPr>
    </w:p>
    <w:p w14:paraId="09EC597C" w14:textId="568F1887" w:rsidR="00B32C61" w:rsidRPr="00676CBF" w:rsidRDefault="00000000" w:rsidP="00676CBF">
      <w:pPr>
        <w:spacing w:line="260" w:lineRule="exact"/>
        <w:rPr>
          <w:sz w:val="24"/>
          <w:szCs w:val="24"/>
          <w:lang w:eastAsia="ja-JP"/>
        </w:rPr>
      </w:pPr>
      <w:r w:rsidRPr="00676CBF">
        <w:rPr>
          <w:sz w:val="24"/>
          <w:szCs w:val="24"/>
          <w:lang w:eastAsia="ja-JP"/>
        </w:rPr>
        <w:t xml:space="preserve">● </w:t>
      </w:r>
      <w:r w:rsidRPr="00676CBF">
        <w:rPr>
          <w:sz w:val="24"/>
          <w:szCs w:val="24"/>
          <w:lang w:eastAsia="ja-JP"/>
        </w:rPr>
        <w:t>ゴミの持ち帰りを厳守して</w:t>
      </w:r>
      <w:r w:rsidR="00B635DB">
        <w:rPr>
          <w:rFonts w:hint="eastAsia"/>
          <w:sz w:val="24"/>
          <w:szCs w:val="24"/>
          <w:lang w:eastAsia="ja-JP"/>
        </w:rPr>
        <w:t>くだ</w:t>
      </w:r>
      <w:r w:rsidRPr="00676CBF">
        <w:rPr>
          <w:sz w:val="24"/>
          <w:szCs w:val="24"/>
          <w:lang w:eastAsia="ja-JP"/>
        </w:rPr>
        <w:t>さい。</w:t>
      </w:r>
    </w:p>
    <w:p w14:paraId="4B319CD9" w14:textId="77777777" w:rsidR="00B32C61" w:rsidRDefault="00B32C61" w:rsidP="00CB64D3">
      <w:pPr>
        <w:rPr>
          <w:lang w:eastAsia="ja-JP"/>
        </w:rPr>
      </w:pPr>
    </w:p>
    <w:bookmarkEnd w:id="1"/>
    <w:p w14:paraId="5E5B4D0B" w14:textId="068FC4C1" w:rsidR="009E5042" w:rsidRPr="0028507C" w:rsidRDefault="009E5042" w:rsidP="009E5042">
      <w:pPr>
        <w:adjustRightInd w:val="0"/>
        <w:snapToGrid w:val="0"/>
        <w:spacing w:line="720" w:lineRule="auto"/>
        <w:rPr>
          <w:color w:val="00B0F0"/>
          <w:sz w:val="24"/>
          <w:szCs w:val="24"/>
          <w:lang w:eastAsia="ja-JP"/>
        </w:rPr>
      </w:pPr>
    </w:p>
    <w:sectPr w:rsidR="009E5042" w:rsidRPr="0028507C" w:rsidSect="002A58E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CA097" w14:textId="77777777" w:rsidR="004A05EC" w:rsidRDefault="004A05EC" w:rsidP="00252123">
      <w:pPr>
        <w:spacing w:line="240" w:lineRule="auto"/>
      </w:pPr>
      <w:r>
        <w:separator/>
      </w:r>
    </w:p>
  </w:endnote>
  <w:endnote w:type="continuationSeparator" w:id="0">
    <w:p w14:paraId="647C9E28" w14:textId="77777777" w:rsidR="004A05EC" w:rsidRDefault="004A05EC" w:rsidP="002521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23777" w14:textId="77777777" w:rsidR="004A05EC" w:rsidRDefault="004A05EC" w:rsidP="00252123">
      <w:pPr>
        <w:spacing w:line="240" w:lineRule="auto"/>
      </w:pPr>
      <w:r>
        <w:separator/>
      </w:r>
    </w:p>
  </w:footnote>
  <w:footnote w:type="continuationSeparator" w:id="0">
    <w:p w14:paraId="6E530602" w14:textId="77777777" w:rsidR="004A05EC" w:rsidRDefault="004A05EC" w:rsidP="0025212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91D5E22"/>
    <w:multiLevelType w:val="hybridMultilevel"/>
    <w:tmpl w:val="4FCA8E64"/>
    <w:lvl w:ilvl="0" w:tplc="5E38216A">
      <w:start w:val="4"/>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48958ED"/>
    <w:multiLevelType w:val="hybridMultilevel"/>
    <w:tmpl w:val="DF729C18"/>
    <w:lvl w:ilvl="0" w:tplc="3A36AA0A">
      <w:start w:val="1"/>
      <w:numFmt w:val="decimalFullWidth"/>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1" w15:restartNumberingAfterBreak="0">
    <w:nsid w:val="3A0802A9"/>
    <w:multiLevelType w:val="hybridMultilevel"/>
    <w:tmpl w:val="D39A5A34"/>
    <w:lvl w:ilvl="0" w:tplc="F690A1C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D4179A2"/>
    <w:multiLevelType w:val="hybridMultilevel"/>
    <w:tmpl w:val="E30288F6"/>
    <w:lvl w:ilvl="0" w:tplc="F8AA47F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02210855">
    <w:abstractNumId w:val="8"/>
  </w:num>
  <w:num w:numId="2" w16cid:durableId="1668632732">
    <w:abstractNumId w:val="6"/>
  </w:num>
  <w:num w:numId="3" w16cid:durableId="76481453">
    <w:abstractNumId w:val="5"/>
  </w:num>
  <w:num w:numId="4" w16cid:durableId="1896696272">
    <w:abstractNumId w:val="4"/>
  </w:num>
  <w:num w:numId="5" w16cid:durableId="296032494">
    <w:abstractNumId w:val="7"/>
  </w:num>
  <w:num w:numId="6" w16cid:durableId="793669810">
    <w:abstractNumId w:val="3"/>
  </w:num>
  <w:num w:numId="7" w16cid:durableId="22561919">
    <w:abstractNumId w:val="2"/>
  </w:num>
  <w:num w:numId="8" w16cid:durableId="1889296540">
    <w:abstractNumId w:val="1"/>
  </w:num>
  <w:num w:numId="9" w16cid:durableId="1862862252">
    <w:abstractNumId w:val="0"/>
  </w:num>
  <w:num w:numId="10" w16cid:durableId="1858886729">
    <w:abstractNumId w:val="10"/>
  </w:num>
  <w:num w:numId="11" w16cid:durableId="138768554">
    <w:abstractNumId w:val="12"/>
  </w:num>
  <w:num w:numId="12" w16cid:durableId="1007174336">
    <w:abstractNumId w:val="11"/>
  </w:num>
  <w:num w:numId="13" w16cid:durableId="15703392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170"/>
    <w:rsid w:val="0006063C"/>
    <w:rsid w:val="0008769E"/>
    <w:rsid w:val="000A17E8"/>
    <w:rsid w:val="000B16F0"/>
    <w:rsid w:val="0011651D"/>
    <w:rsid w:val="0015074B"/>
    <w:rsid w:val="0016399E"/>
    <w:rsid w:val="0017195F"/>
    <w:rsid w:val="00194EB9"/>
    <w:rsid w:val="001A7B15"/>
    <w:rsid w:val="001B4439"/>
    <w:rsid w:val="002350FA"/>
    <w:rsid w:val="00252123"/>
    <w:rsid w:val="00253E42"/>
    <w:rsid w:val="002615BE"/>
    <w:rsid w:val="002651B4"/>
    <w:rsid w:val="0027157B"/>
    <w:rsid w:val="0028507C"/>
    <w:rsid w:val="0029639D"/>
    <w:rsid w:val="002A1F4A"/>
    <w:rsid w:val="002A58EC"/>
    <w:rsid w:val="002B0C5F"/>
    <w:rsid w:val="0031048A"/>
    <w:rsid w:val="00326F90"/>
    <w:rsid w:val="00336764"/>
    <w:rsid w:val="00352ACA"/>
    <w:rsid w:val="0037565B"/>
    <w:rsid w:val="003B0CFB"/>
    <w:rsid w:val="003F2718"/>
    <w:rsid w:val="00414A9D"/>
    <w:rsid w:val="00431E06"/>
    <w:rsid w:val="0043472B"/>
    <w:rsid w:val="004479A2"/>
    <w:rsid w:val="004A05EC"/>
    <w:rsid w:val="004E6324"/>
    <w:rsid w:val="00506CAD"/>
    <w:rsid w:val="005337F3"/>
    <w:rsid w:val="00583BD4"/>
    <w:rsid w:val="005D37D3"/>
    <w:rsid w:val="00615DEC"/>
    <w:rsid w:val="00621C12"/>
    <w:rsid w:val="00676CBF"/>
    <w:rsid w:val="006F7C58"/>
    <w:rsid w:val="00702FAF"/>
    <w:rsid w:val="00731945"/>
    <w:rsid w:val="007770F2"/>
    <w:rsid w:val="0080573D"/>
    <w:rsid w:val="00805AFF"/>
    <w:rsid w:val="008C0E0E"/>
    <w:rsid w:val="008C4BBF"/>
    <w:rsid w:val="008C5074"/>
    <w:rsid w:val="008E4616"/>
    <w:rsid w:val="00952C0A"/>
    <w:rsid w:val="0096791B"/>
    <w:rsid w:val="009832EA"/>
    <w:rsid w:val="00987EC2"/>
    <w:rsid w:val="009A6571"/>
    <w:rsid w:val="009E5042"/>
    <w:rsid w:val="00A375BF"/>
    <w:rsid w:val="00A74CA2"/>
    <w:rsid w:val="00AA1D8D"/>
    <w:rsid w:val="00B32C61"/>
    <w:rsid w:val="00B43588"/>
    <w:rsid w:val="00B47730"/>
    <w:rsid w:val="00B635DB"/>
    <w:rsid w:val="00B87587"/>
    <w:rsid w:val="00BA4BAA"/>
    <w:rsid w:val="00BC6A9E"/>
    <w:rsid w:val="00BE099E"/>
    <w:rsid w:val="00C022E9"/>
    <w:rsid w:val="00C057F3"/>
    <w:rsid w:val="00CB0664"/>
    <w:rsid w:val="00CB64D3"/>
    <w:rsid w:val="00D9112F"/>
    <w:rsid w:val="00DB6726"/>
    <w:rsid w:val="00DD0CEB"/>
    <w:rsid w:val="00E64C24"/>
    <w:rsid w:val="00E76C29"/>
    <w:rsid w:val="00EF36F2"/>
    <w:rsid w:val="00F101C5"/>
    <w:rsid w:val="00F2394C"/>
    <w:rsid w:val="00F2466D"/>
    <w:rsid w:val="00FC693F"/>
    <w:rsid w:val="00FF51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E8B88F2"/>
  <w14:defaultImageDpi w14:val="330"/>
  <w15:docId w15:val="{CEE6DC12-9CF0-45C4-B96B-6A04FD8C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Yu Gothic" w:hAnsi="Yu Gothic"/>
      <w:sz w:val="21"/>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annotation reference"/>
    <w:basedOn w:val="a2"/>
    <w:uiPriority w:val="99"/>
    <w:semiHidden/>
    <w:unhideWhenUsed/>
    <w:rsid w:val="00D9112F"/>
    <w:rPr>
      <w:sz w:val="18"/>
      <w:szCs w:val="18"/>
    </w:rPr>
  </w:style>
  <w:style w:type="paragraph" w:styleId="aff0">
    <w:name w:val="annotation text"/>
    <w:basedOn w:val="a1"/>
    <w:link w:val="aff1"/>
    <w:uiPriority w:val="99"/>
    <w:semiHidden/>
    <w:unhideWhenUsed/>
    <w:rsid w:val="00D9112F"/>
  </w:style>
  <w:style w:type="character" w:customStyle="1" w:styleId="aff1">
    <w:name w:val="コメント文字列 (文字)"/>
    <w:basedOn w:val="a2"/>
    <w:link w:val="aff0"/>
    <w:uiPriority w:val="99"/>
    <w:semiHidden/>
    <w:rsid w:val="00D9112F"/>
    <w:rPr>
      <w:rFonts w:ascii="Yu Gothic" w:hAnsi="Yu Gothic"/>
      <w:sz w:val="21"/>
    </w:rPr>
  </w:style>
  <w:style w:type="paragraph" w:styleId="aff2">
    <w:name w:val="annotation subject"/>
    <w:basedOn w:val="aff0"/>
    <w:next w:val="aff0"/>
    <w:link w:val="aff3"/>
    <w:uiPriority w:val="99"/>
    <w:semiHidden/>
    <w:unhideWhenUsed/>
    <w:rsid w:val="00D9112F"/>
    <w:rPr>
      <w:b/>
      <w:bCs/>
    </w:rPr>
  </w:style>
  <w:style w:type="character" w:customStyle="1" w:styleId="aff3">
    <w:name w:val="コメント内容 (文字)"/>
    <w:basedOn w:val="aff1"/>
    <w:link w:val="aff2"/>
    <w:uiPriority w:val="99"/>
    <w:semiHidden/>
    <w:rsid w:val="00D9112F"/>
    <w:rPr>
      <w:rFonts w:ascii="Yu Gothic" w:hAnsi="Yu Gothic"/>
      <w:b/>
      <w:bCs/>
      <w:sz w:val="21"/>
    </w:rPr>
  </w:style>
  <w:style w:type="character" w:styleId="aff4">
    <w:name w:val="Hyperlink"/>
    <w:basedOn w:val="a2"/>
    <w:uiPriority w:val="99"/>
    <w:unhideWhenUsed/>
    <w:rsid w:val="002651B4"/>
    <w:rPr>
      <w:color w:val="0000FF" w:themeColor="hyperlink"/>
      <w:u w:val="single"/>
    </w:rPr>
  </w:style>
  <w:style w:type="character" w:styleId="aff5">
    <w:name w:val="Unresolved Mention"/>
    <w:basedOn w:val="a2"/>
    <w:uiPriority w:val="99"/>
    <w:semiHidden/>
    <w:unhideWhenUsed/>
    <w:rsid w:val="00265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ytrvworYJjJmg41A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459</Words>
  <Characters>2618</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大津常行</dc:creator>
  <cp:keywords/>
  <dc:description>generated by python-docx</dc:description>
  <cp:lastModifiedBy>啓之 小川</cp:lastModifiedBy>
  <cp:revision>6</cp:revision>
  <cp:lastPrinted>2026-08-17T11:03:00Z</cp:lastPrinted>
  <dcterms:created xsi:type="dcterms:W3CDTF">2026-08-17T11:03:00Z</dcterms:created>
  <dcterms:modified xsi:type="dcterms:W3CDTF">2026-08-17T12:54:00Z</dcterms:modified>
  <cp:category/>
</cp:coreProperties>
</file>